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BD98" w14:textId="6E542C88" w:rsidR="00293422" w:rsidRPr="003459CD" w:rsidRDefault="004F1002">
      <w:pPr>
        <w:spacing w:after="160"/>
        <w:jc w:val="center"/>
      </w:pPr>
      <w:r w:rsidRPr="003459CD">
        <w:rPr>
          <w:b/>
          <w:color w:val="1D4B77"/>
          <w:sz w:val="24"/>
        </w:rPr>
        <w:t>ALLEGATO 1</w:t>
      </w:r>
      <w:r w:rsidRPr="003459CD">
        <w:rPr>
          <w:b/>
          <w:color w:val="1D4B77"/>
          <w:sz w:val="24"/>
        </w:rPr>
        <w:br/>
      </w:r>
      <w:r w:rsidRPr="003459CD">
        <w:rPr>
          <w:b/>
          <w:color w:val="1D4B77"/>
        </w:rPr>
        <w:t>REGIONE CAMPANIA</w:t>
      </w:r>
      <w:r w:rsidRPr="003459CD">
        <w:rPr>
          <w:b/>
          <w:color w:val="1D4B77"/>
        </w:rPr>
        <w:br/>
      </w:r>
      <w:r w:rsidRPr="003459CD">
        <w:rPr>
          <w:b/>
          <w:color w:val="1D4B77"/>
          <w:sz w:val="20"/>
        </w:rPr>
        <w:t>PROGRAMMA REGIONALE FONDO SOCIALE EUROPEO PLUS 2021-2027</w:t>
      </w:r>
      <w:r w:rsidRPr="003459CD">
        <w:rPr>
          <w:b/>
          <w:color w:val="1D4B77"/>
          <w:sz w:val="20"/>
        </w:rPr>
        <w:br/>
      </w:r>
      <w:r w:rsidRPr="003459CD">
        <w:rPr>
          <w:i/>
          <w:color w:val="1D4B77"/>
          <w:sz w:val="20"/>
        </w:rPr>
        <w:t>Priorità 3 - Inclusione Sociale</w:t>
      </w:r>
      <w:r w:rsidRPr="003459CD">
        <w:rPr>
          <w:i/>
          <w:color w:val="1D4B77"/>
          <w:sz w:val="20"/>
        </w:rPr>
        <w:br/>
      </w:r>
      <w:r w:rsidRPr="003459CD">
        <w:rPr>
          <w:color w:val="1D4B77"/>
          <w:sz w:val="20"/>
        </w:rPr>
        <w:t xml:space="preserve">Obiettivo Specifico ESO 4.11 - Azione </w:t>
      </w:r>
      <w:r w:rsidR="00124ECE" w:rsidRPr="003459CD">
        <w:rPr>
          <w:color w:val="1D4B77"/>
          <w:sz w:val="20"/>
        </w:rPr>
        <w:t>3. K.1</w:t>
      </w:r>
      <w:r w:rsidRPr="003459CD">
        <w:rPr>
          <w:color w:val="1D4B77"/>
          <w:sz w:val="20"/>
        </w:rPr>
        <w:br/>
      </w:r>
      <w:r w:rsidRPr="003459CD">
        <w:rPr>
          <w:b/>
          <w:color w:val="1D4B77"/>
          <w:sz w:val="24"/>
        </w:rPr>
        <w:t>AVVISO PUBBLICO</w:t>
      </w:r>
      <w:r w:rsidRPr="003459CD">
        <w:rPr>
          <w:b/>
          <w:color w:val="1D4B77"/>
          <w:sz w:val="24"/>
        </w:rPr>
        <w:br/>
        <w:t>Formulario di progetto territoriale</w:t>
      </w:r>
      <w:r w:rsidRPr="003459CD">
        <w:rPr>
          <w:b/>
          <w:color w:val="1D4B77"/>
          <w:sz w:val="24"/>
        </w:rPr>
        <w:br/>
      </w:r>
      <w:r w:rsidRPr="003459CD">
        <w:rPr>
          <w:b/>
          <w:color w:val="1D4B77"/>
          <w:sz w:val="20"/>
        </w:rPr>
        <w:t>Percorsi personalizzati di inclusione e autonomia per le persone con disabilità</w:t>
      </w:r>
      <w:r w:rsidRPr="003459CD">
        <w:rPr>
          <w:b/>
          <w:color w:val="1D4B77"/>
          <w:sz w:val="20"/>
        </w:rPr>
        <w:br/>
      </w:r>
      <w:r w:rsidRPr="003459CD">
        <w:rPr>
          <w:i/>
          <w:color w:val="1D4B77"/>
          <w:sz w:val="19"/>
        </w:rPr>
        <w:t>Intervento in attuazione della D.G.R. n. 193 del 20/05/2026</w:t>
      </w:r>
      <w:r w:rsidRPr="003459CD">
        <w:rPr>
          <w:i/>
          <w:color w:val="1D4B77"/>
          <w:sz w:val="19"/>
        </w:rPr>
        <w:br/>
      </w:r>
    </w:p>
    <w:p w14:paraId="75113C0B" w14:textId="77777777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Il formulario deve essere compilato in modo sintetico e limitatamente agli elementi necessari alla verifica di ammissibilità e coerenza progettuale: soggetto proponente, fabbisogno, numero dei destinatari, numero dei Progetti di Vita programmati, azioni previste, monitoraggio, cronoprogramma e raccordo con il quadro economico.</w:t>
      </w:r>
    </w:p>
    <w:p w14:paraId="7216C4E5" w14:textId="514C07BF" w:rsidR="00293422" w:rsidRPr="003459CD" w:rsidRDefault="00E111F1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t>1</w:t>
      </w:r>
      <w:r w:rsidR="004F1002" w:rsidRPr="003459CD">
        <w:rPr>
          <w:b/>
          <w:color w:val="1D4B77"/>
          <w:sz w:val="20"/>
        </w:rPr>
        <w:t>. DATI IDENTIFICATIVI DEL LEGALE RAPPRESENTANTE</w:t>
      </w:r>
      <w:r w:rsidR="00352B11">
        <w:rPr>
          <w:b/>
          <w:color w:val="1D4B77"/>
          <w:sz w:val="20"/>
        </w:rPr>
        <w:t xml:space="preserve"> DEL PROPONENTE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293422" w:rsidRPr="003459CD" w14:paraId="4472948E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C89F6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Nome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959D7A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C71595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Cognome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93BAD0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293422" w:rsidRPr="003459CD" w14:paraId="20BC3ECF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B9E100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Codice fiscale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F9BFE6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43C0FB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Qualifica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4F42A2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293422" w:rsidRPr="003459CD" w14:paraId="233909D1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C24BA3" w14:textId="6048CF42" w:rsidR="00293422" w:rsidRPr="003459CD" w:rsidRDefault="00E111F1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E-mail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DC8E25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460ADD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PEC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1BAFEE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293422" w:rsidRPr="003459CD" w14:paraId="61C20821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3A4DEC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Telefono/Cellulare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CC3D02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4D739C" w14:textId="77777777" w:rsidR="00293422" w:rsidRPr="003459CD" w:rsidRDefault="00293422">
            <w:pPr>
              <w:spacing w:after="0" w:line="252" w:lineRule="auto"/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58E124" w14:textId="77777777" w:rsidR="00293422" w:rsidRPr="003459CD" w:rsidRDefault="00293422">
            <w:pPr>
              <w:spacing w:after="0" w:line="252" w:lineRule="auto"/>
            </w:pPr>
          </w:p>
        </w:tc>
      </w:tr>
    </w:tbl>
    <w:p w14:paraId="6BBEC31C" w14:textId="50FBAB1A" w:rsidR="00293422" w:rsidRPr="003459CD" w:rsidRDefault="00E111F1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t>2</w:t>
      </w:r>
      <w:r w:rsidR="004F1002" w:rsidRPr="003459CD">
        <w:rPr>
          <w:b/>
          <w:color w:val="1D4B77"/>
          <w:sz w:val="20"/>
        </w:rPr>
        <w:t>. SOGGETTO PROPONENTE E RIFERIMENTI AMMINISTRATIVI</w:t>
      </w:r>
    </w:p>
    <w:p w14:paraId="1050034F" w14:textId="77777777" w:rsidR="00293422" w:rsidRPr="003459CD" w:rsidRDefault="004F1002">
      <w:pPr>
        <w:spacing w:before="120" w:after="60"/>
      </w:pPr>
      <w:r w:rsidRPr="003459CD">
        <w:rPr>
          <w:b/>
          <w:color w:val="1D4B77"/>
          <w:sz w:val="18"/>
        </w:rPr>
        <w:t>Forma di presentazione</w:t>
      </w:r>
    </w:p>
    <w:tbl>
      <w:tblPr>
        <w:tblW w:w="0" w:type="auto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5148"/>
        <w:gridCol w:w="5149"/>
      </w:tblGrid>
      <w:tr w:rsidR="00AF2FF5" w:rsidRPr="003459CD" w14:paraId="3A97DDD5" w14:textId="77777777" w:rsidTr="00A90A65">
        <w:trPr>
          <w:trHeight w:val="243"/>
        </w:trPr>
        <w:tc>
          <w:tcPr>
            <w:tcW w:w="10297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9BA42C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sz w:val="17"/>
              </w:rPr>
              <w:t>☐ Ambito Territoriale in forma singola</w:t>
            </w:r>
          </w:p>
        </w:tc>
      </w:tr>
      <w:tr w:rsidR="00AF2FF5" w:rsidRPr="003459CD" w14:paraId="69AAB7E9" w14:textId="77777777" w:rsidTr="00A90A65">
        <w:trPr>
          <w:trHeight w:val="221"/>
        </w:trPr>
        <w:tc>
          <w:tcPr>
            <w:tcW w:w="514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261196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Ambito Territoriale</w:t>
            </w:r>
          </w:p>
        </w:tc>
        <w:tc>
          <w:tcPr>
            <w:tcW w:w="5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7DA633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AF2FF5" w:rsidRPr="003459CD" w14:paraId="633F2456" w14:textId="77777777" w:rsidTr="00A90A65">
        <w:trPr>
          <w:trHeight w:val="210"/>
        </w:trPr>
        <w:tc>
          <w:tcPr>
            <w:tcW w:w="514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5E51D7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Codice fiscale</w:t>
            </w:r>
          </w:p>
        </w:tc>
        <w:tc>
          <w:tcPr>
            <w:tcW w:w="5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768A09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AF2FF5" w:rsidRPr="003459CD" w14:paraId="1783A4B3" w14:textId="77777777" w:rsidTr="00A90A65">
        <w:trPr>
          <w:trHeight w:val="221"/>
        </w:trPr>
        <w:tc>
          <w:tcPr>
            <w:tcW w:w="514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61D2E2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Sede legale</w:t>
            </w:r>
          </w:p>
        </w:tc>
        <w:tc>
          <w:tcPr>
            <w:tcW w:w="5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E3E133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AF2FF5" w:rsidRPr="003459CD" w14:paraId="2F480F57" w14:textId="77777777" w:rsidTr="00A90A65">
        <w:trPr>
          <w:trHeight w:val="210"/>
        </w:trPr>
        <w:tc>
          <w:tcPr>
            <w:tcW w:w="514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523734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Provincia</w:t>
            </w:r>
          </w:p>
        </w:tc>
        <w:tc>
          <w:tcPr>
            <w:tcW w:w="5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1C8700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AF2FF5" w:rsidRPr="003459CD" w14:paraId="6913C7BE" w14:textId="77777777" w:rsidTr="00A90A65">
        <w:trPr>
          <w:trHeight w:val="210"/>
        </w:trPr>
        <w:tc>
          <w:tcPr>
            <w:tcW w:w="514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815398" w14:textId="25B3AAB2" w:rsidR="00AF2FF5" w:rsidRPr="003459CD" w:rsidRDefault="00AF2FF5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RUP</w:t>
            </w:r>
            <w:r w:rsidR="00603D6E">
              <w:rPr>
                <w:b/>
                <w:color w:val="1D4B77"/>
                <w:sz w:val="17"/>
              </w:rPr>
              <w:t xml:space="preserve"> (se già nominato)</w:t>
            </w:r>
            <w:r w:rsidR="00136632">
              <w:rPr>
                <w:b/>
                <w:color w:val="1D4B77"/>
                <w:sz w:val="17"/>
              </w:rPr>
              <w:t xml:space="preserve"> – Nome Cognome E-mail</w:t>
            </w:r>
          </w:p>
        </w:tc>
        <w:tc>
          <w:tcPr>
            <w:tcW w:w="5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70EA00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AF2FF5" w:rsidRPr="003459CD" w14:paraId="665EE046" w14:textId="77777777" w:rsidTr="00A90A65">
        <w:trPr>
          <w:trHeight w:val="221"/>
        </w:trPr>
        <w:tc>
          <w:tcPr>
            <w:tcW w:w="514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E2C61A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Referente operativo</w:t>
            </w:r>
          </w:p>
        </w:tc>
        <w:tc>
          <w:tcPr>
            <w:tcW w:w="51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D69383" w14:textId="77777777" w:rsidR="00AF2FF5" w:rsidRPr="003459CD" w:rsidRDefault="00AF2FF5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</w:tbl>
    <w:p w14:paraId="5B1DDA36" w14:textId="77777777" w:rsidR="00AF2FF5" w:rsidRDefault="00AF2FF5">
      <w:pPr>
        <w:pBdr>
          <w:bottom w:val="single" w:sz="6" w:space="1" w:color="8EA9C1"/>
        </w:pBdr>
        <w:spacing w:before="240" w:after="100"/>
        <w:jc w:val="center"/>
        <w:rPr>
          <w:b/>
          <w:color w:val="1D4B77"/>
          <w:sz w:val="20"/>
        </w:rPr>
      </w:pPr>
    </w:p>
    <w:tbl>
      <w:tblPr>
        <w:tblW w:w="10188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3891"/>
        <w:gridCol w:w="6297"/>
      </w:tblGrid>
      <w:tr w:rsidR="00464952" w:rsidRPr="003459CD" w14:paraId="6CF78BF5" w14:textId="0A9D5F54" w:rsidTr="00D37460">
        <w:trPr>
          <w:trHeight w:val="242"/>
        </w:trPr>
        <w:tc>
          <w:tcPr>
            <w:tcW w:w="10188" w:type="dxa"/>
            <w:gridSpan w:val="2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DEC34F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rFonts w:ascii="Segoe UI Symbol" w:hAnsi="Segoe UI Symbol" w:cs="Segoe UI Symbol"/>
                <w:sz w:val="17"/>
              </w:rPr>
              <w:t>☐</w:t>
            </w:r>
            <w:r w:rsidRPr="003459CD">
              <w:rPr>
                <w:sz w:val="17"/>
              </w:rPr>
              <w:t xml:space="preserve"> </w:t>
            </w:r>
            <w:r w:rsidRPr="005A0B9D">
              <w:rPr>
                <w:b/>
                <w:bCs/>
                <w:sz w:val="17"/>
              </w:rPr>
              <w:t>Ambito Territoriale capofila in forma associata</w:t>
            </w:r>
          </w:p>
        </w:tc>
      </w:tr>
      <w:tr w:rsidR="00464952" w:rsidRPr="003459CD" w14:paraId="4A3E0D34" w14:textId="1DBCA12C" w:rsidTr="00BA2EC0">
        <w:trPr>
          <w:trHeight w:val="43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C1232C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Denominazione Ente proponente/capofila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6F41D9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3886D568" w14:textId="4ADED2B3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8D68E5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Partita IVA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FDED56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19B00030" w14:textId="1EF9F42B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B5D677" w14:textId="7E8E691E" w:rsidR="00464952" w:rsidRPr="003459CD" w:rsidRDefault="00A90A65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lastRenderedPageBreak/>
              <w:t>Indirizzo s</w:t>
            </w:r>
            <w:r w:rsidRPr="003459CD">
              <w:rPr>
                <w:b/>
                <w:color w:val="1D4B77"/>
                <w:sz w:val="17"/>
              </w:rPr>
              <w:t>ede legale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F16B5A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601D3EE8" w14:textId="023EC976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03F686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PEC istituzionale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15384B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07709CF4" w14:textId="43FFA460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0323D2" w14:textId="45DC6642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 xml:space="preserve">RUP </w:t>
            </w:r>
            <w:r w:rsidR="00603D6E">
              <w:rPr>
                <w:b/>
                <w:color w:val="1D4B77"/>
                <w:sz w:val="17"/>
              </w:rPr>
              <w:t xml:space="preserve">(se nominato) </w:t>
            </w:r>
            <w:r w:rsidR="00136632">
              <w:rPr>
                <w:b/>
                <w:color w:val="1D4B77"/>
                <w:sz w:val="17"/>
              </w:rPr>
              <w:t>– Nome Cognome</w:t>
            </w:r>
            <w:r w:rsidRPr="003459CD">
              <w:rPr>
                <w:b/>
                <w:color w:val="1D4B77"/>
                <w:sz w:val="17"/>
              </w:rPr>
              <w:t xml:space="preserve"> E-mai</w:t>
            </w:r>
            <w:r w:rsidR="00136632">
              <w:rPr>
                <w:b/>
                <w:color w:val="1D4B77"/>
                <w:sz w:val="17"/>
              </w:rPr>
              <w:t>l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822274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0526645D" w14:textId="500B3997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1E3D5" w14:textId="74CAE7E6" w:rsidR="00464952" w:rsidRPr="003459CD" w:rsidRDefault="00853F3B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 xml:space="preserve">Referente Operativo - </w:t>
            </w:r>
            <w:r w:rsidR="00352B11">
              <w:rPr>
                <w:b/>
                <w:color w:val="1D4B77"/>
                <w:sz w:val="17"/>
              </w:rPr>
              <w:t>Nome</w:t>
            </w:r>
            <w:r w:rsidR="00136632">
              <w:rPr>
                <w:b/>
                <w:color w:val="1D4B77"/>
                <w:sz w:val="17"/>
              </w:rPr>
              <w:t xml:space="preserve"> Cognome</w:t>
            </w:r>
            <w:r w:rsidR="00352B11">
              <w:rPr>
                <w:b/>
                <w:color w:val="1D4B77"/>
                <w:sz w:val="17"/>
              </w:rPr>
              <w:t xml:space="preserve"> e </w:t>
            </w:r>
            <w:r w:rsidR="00464952" w:rsidRPr="003459CD">
              <w:rPr>
                <w:b/>
                <w:color w:val="1D4B77"/>
                <w:sz w:val="17"/>
              </w:rPr>
              <w:t xml:space="preserve">Recapito 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CE15C8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6664CE68" w14:textId="3A299C29" w:rsidTr="00D37460">
        <w:trPr>
          <w:trHeight w:val="209"/>
        </w:trPr>
        <w:tc>
          <w:tcPr>
            <w:tcW w:w="10188" w:type="dxa"/>
            <w:gridSpan w:val="2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14A0AC" w14:textId="38528B20" w:rsidR="00464952" w:rsidRPr="005A0B9D" w:rsidRDefault="00464952" w:rsidP="005F0560">
            <w:pPr>
              <w:spacing w:after="0" w:line="252" w:lineRule="auto"/>
              <w:rPr>
                <w:b/>
                <w:bCs/>
              </w:rPr>
            </w:pPr>
            <w:r w:rsidRPr="005A0B9D">
              <w:rPr>
                <w:b/>
                <w:bCs/>
                <w:sz w:val="17"/>
              </w:rPr>
              <w:t>Partner 1</w:t>
            </w:r>
          </w:p>
        </w:tc>
      </w:tr>
      <w:tr w:rsidR="00464952" w:rsidRPr="003459CD" w14:paraId="60D9BB57" w14:textId="6DFCDD03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4F6983" w14:textId="42200BC0" w:rsidR="00464952" w:rsidRPr="003459CD" w:rsidRDefault="00464952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Denominazione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8F987D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7A495D63" w14:textId="0929D73A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F4E0D5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Partita IVA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621842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51BCAEA8" w14:textId="3D4C995F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908EC1" w14:textId="31B5B9DA" w:rsidR="00464952" w:rsidRPr="003459CD" w:rsidRDefault="00464952" w:rsidP="005F0560">
            <w:pPr>
              <w:spacing w:after="0" w:line="252" w:lineRule="auto"/>
            </w:pPr>
            <w:r w:rsidRPr="008E0336">
              <w:rPr>
                <w:b/>
                <w:color w:val="1D4B77"/>
                <w:sz w:val="17"/>
              </w:rPr>
              <w:t>Indirizzo</w:t>
            </w:r>
            <w:r w:rsidR="00A90A65">
              <w:rPr>
                <w:b/>
                <w:color w:val="1D4B77"/>
                <w:sz w:val="17"/>
              </w:rPr>
              <w:t xml:space="preserve"> s</w:t>
            </w:r>
            <w:r w:rsidR="00A90A65" w:rsidRPr="003459CD">
              <w:rPr>
                <w:b/>
                <w:color w:val="1D4B77"/>
                <w:sz w:val="17"/>
              </w:rPr>
              <w:t>ede legale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C1829E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552DF781" w14:textId="021D91BF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8532E7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PEC istituzionale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FEB9E2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853F3B" w:rsidRPr="003459CD" w14:paraId="48DA50E6" w14:textId="42D00F03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7CF8FC" w14:textId="1808501F" w:rsidR="00853F3B" w:rsidRPr="003459CD" w:rsidRDefault="00853F3B" w:rsidP="00853F3B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Legale Rappresentante – Nome Cognome</w:t>
            </w:r>
            <w:r w:rsidRPr="003459CD">
              <w:rPr>
                <w:b/>
                <w:color w:val="1D4B77"/>
                <w:sz w:val="17"/>
              </w:rPr>
              <w:t xml:space="preserve"> </w:t>
            </w:r>
            <w:r>
              <w:rPr>
                <w:b/>
                <w:color w:val="1D4B77"/>
                <w:sz w:val="17"/>
              </w:rPr>
              <w:t xml:space="preserve">CF </w:t>
            </w:r>
            <w:r w:rsidRPr="003459CD">
              <w:rPr>
                <w:b/>
                <w:color w:val="1D4B77"/>
                <w:sz w:val="17"/>
              </w:rPr>
              <w:t>E-mai</w:t>
            </w:r>
            <w:r>
              <w:rPr>
                <w:b/>
                <w:color w:val="1D4B77"/>
                <w:sz w:val="17"/>
              </w:rPr>
              <w:t>l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68D5AE" w14:textId="77777777" w:rsidR="00853F3B" w:rsidRPr="003459CD" w:rsidRDefault="00853F3B" w:rsidP="00853F3B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25735" w:rsidRPr="003459CD" w14:paraId="04B52162" w14:textId="77777777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ED418A" w14:textId="50FAEC21" w:rsidR="00425735" w:rsidRDefault="002F57F7" w:rsidP="00853F3B">
            <w:pPr>
              <w:spacing w:after="0" w:line="252" w:lineRule="auto"/>
              <w:rPr>
                <w:b/>
                <w:color w:val="1D4B77"/>
                <w:sz w:val="17"/>
              </w:rPr>
            </w:pPr>
            <w:r>
              <w:rPr>
                <w:b/>
                <w:color w:val="1D4B77"/>
                <w:sz w:val="17"/>
              </w:rPr>
              <w:t>Numero di iscrizione RUNTS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F81E73" w14:textId="77777777" w:rsidR="00425735" w:rsidRPr="003459CD" w:rsidRDefault="00425735" w:rsidP="00853F3B">
            <w:pPr>
              <w:spacing w:after="0" w:line="252" w:lineRule="auto"/>
              <w:rPr>
                <w:i/>
                <w:color w:val="666666"/>
                <w:sz w:val="17"/>
              </w:rPr>
            </w:pPr>
          </w:p>
        </w:tc>
      </w:tr>
      <w:tr w:rsidR="00464952" w:rsidRPr="003459CD" w14:paraId="572DB973" w14:textId="6A1A2C47" w:rsidTr="00D37460">
        <w:trPr>
          <w:trHeight w:val="276"/>
        </w:trPr>
        <w:tc>
          <w:tcPr>
            <w:tcW w:w="10188" w:type="dxa"/>
            <w:gridSpan w:val="2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2ED853" w14:textId="1B80617B" w:rsidR="00464952" w:rsidRPr="003459CD" w:rsidRDefault="00464952" w:rsidP="005F0560">
            <w:pPr>
              <w:spacing w:after="0" w:line="252" w:lineRule="auto"/>
            </w:pPr>
            <w:r w:rsidRPr="00853F3B">
              <w:rPr>
                <w:b/>
                <w:bCs/>
                <w:sz w:val="17"/>
              </w:rPr>
              <w:t>Partner 2</w:t>
            </w:r>
          </w:p>
        </w:tc>
      </w:tr>
      <w:tr w:rsidR="00464952" w:rsidRPr="003459CD" w14:paraId="1DFEBE73" w14:textId="4A2DF66B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304DB1" w14:textId="279E41F0" w:rsidR="00464952" w:rsidRPr="003459CD" w:rsidRDefault="00464952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Denominazione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213BC5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3EA1C871" w14:textId="6B6D7352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DCF900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Partita IVA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4949D2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552DCF80" w14:textId="1BD6741D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937802" w14:textId="711DA508" w:rsidR="00464952" w:rsidRPr="003459CD" w:rsidRDefault="00464952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Indirizzo</w:t>
            </w:r>
            <w:r w:rsidR="00A90A65">
              <w:rPr>
                <w:b/>
                <w:color w:val="1D4B77"/>
                <w:sz w:val="17"/>
              </w:rPr>
              <w:t xml:space="preserve"> sede Legale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6FC037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1CADBC32" w14:textId="5861AD01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7E5351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PEC istituzionale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4F20E4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464952" w:rsidRPr="003459CD" w14:paraId="5A5035D1" w14:textId="74AE702E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80B52B" w14:textId="781DC893" w:rsidR="00464952" w:rsidRPr="003459CD" w:rsidRDefault="00853F3B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Legale Rappresentante – Nome Cognome</w:t>
            </w:r>
            <w:r w:rsidRPr="003459CD">
              <w:rPr>
                <w:b/>
                <w:color w:val="1D4B77"/>
                <w:sz w:val="17"/>
              </w:rPr>
              <w:t xml:space="preserve"> </w:t>
            </w:r>
            <w:r>
              <w:rPr>
                <w:b/>
                <w:color w:val="1D4B77"/>
                <w:sz w:val="17"/>
              </w:rPr>
              <w:t xml:space="preserve">CF </w:t>
            </w:r>
            <w:r w:rsidRPr="003459CD">
              <w:rPr>
                <w:b/>
                <w:color w:val="1D4B77"/>
                <w:sz w:val="17"/>
              </w:rPr>
              <w:t>E-mai</w:t>
            </w:r>
            <w:r>
              <w:rPr>
                <w:b/>
                <w:color w:val="1D4B77"/>
                <w:sz w:val="17"/>
              </w:rPr>
              <w:t>l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B322F1" w14:textId="77777777" w:rsidR="00464952" w:rsidRPr="003459CD" w:rsidRDefault="00464952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2F57F7" w:rsidRPr="003459CD" w14:paraId="39FF4F37" w14:textId="77777777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D073F9" w14:textId="10DEE543" w:rsidR="002F57F7" w:rsidRDefault="002F57F7" w:rsidP="005F0560">
            <w:pPr>
              <w:spacing w:after="0" w:line="252" w:lineRule="auto"/>
              <w:rPr>
                <w:b/>
                <w:color w:val="1D4B77"/>
                <w:sz w:val="17"/>
              </w:rPr>
            </w:pPr>
            <w:r>
              <w:rPr>
                <w:b/>
                <w:color w:val="1D4B77"/>
                <w:sz w:val="17"/>
              </w:rPr>
              <w:t>Codice di Accreditamento Regionale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FDE9CE" w14:textId="77777777" w:rsidR="002F57F7" w:rsidRPr="003459CD" w:rsidRDefault="002F57F7" w:rsidP="005F0560">
            <w:pPr>
              <w:spacing w:after="0" w:line="252" w:lineRule="auto"/>
              <w:rPr>
                <w:i/>
                <w:color w:val="666666"/>
                <w:sz w:val="17"/>
              </w:rPr>
            </w:pPr>
          </w:p>
        </w:tc>
      </w:tr>
      <w:tr w:rsidR="00BA2EC0" w:rsidRPr="003459CD" w14:paraId="3A07E701" w14:textId="77777777" w:rsidTr="005F0560">
        <w:trPr>
          <w:trHeight w:val="276"/>
        </w:trPr>
        <w:tc>
          <w:tcPr>
            <w:tcW w:w="10188" w:type="dxa"/>
            <w:gridSpan w:val="2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22619F" w14:textId="57D6FDAF" w:rsidR="00BA2EC0" w:rsidRPr="003459CD" w:rsidRDefault="00BA2EC0" w:rsidP="005F0560">
            <w:pPr>
              <w:spacing w:after="0" w:line="252" w:lineRule="auto"/>
            </w:pPr>
            <w:r w:rsidRPr="004D5A50">
              <w:rPr>
                <w:b/>
                <w:bCs/>
                <w:sz w:val="17"/>
              </w:rPr>
              <w:t>Partner 3</w:t>
            </w:r>
          </w:p>
        </w:tc>
      </w:tr>
      <w:tr w:rsidR="00BA2EC0" w:rsidRPr="003459CD" w14:paraId="1E3C16E1" w14:textId="77777777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35EDD3" w14:textId="77777777" w:rsidR="00BA2EC0" w:rsidRPr="003459CD" w:rsidRDefault="00BA2EC0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Denominazione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F1970A" w14:textId="77777777" w:rsidR="00BA2EC0" w:rsidRPr="003459CD" w:rsidRDefault="00BA2EC0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BA2EC0" w:rsidRPr="003459CD" w14:paraId="4B5409DF" w14:textId="77777777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466AB7" w14:textId="77777777" w:rsidR="00BA2EC0" w:rsidRPr="003459CD" w:rsidRDefault="00BA2EC0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Partita IVA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78B210" w14:textId="77777777" w:rsidR="00BA2EC0" w:rsidRPr="003459CD" w:rsidRDefault="00BA2EC0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BA2EC0" w:rsidRPr="003459CD" w14:paraId="0E9FF7A3" w14:textId="77777777" w:rsidTr="00BA2EC0">
        <w:trPr>
          <w:trHeight w:val="209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0B9CBB" w14:textId="77777777" w:rsidR="00BA2EC0" w:rsidRPr="003459CD" w:rsidRDefault="00BA2EC0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Indirizzo sede Legale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88A147" w14:textId="77777777" w:rsidR="00BA2EC0" w:rsidRPr="003459CD" w:rsidRDefault="00BA2EC0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BA2EC0" w:rsidRPr="003459CD" w14:paraId="42B528A7" w14:textId="77777777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EBEFB3" w14:textId="77777777" w:rsidR="00BA2EC0" w:rsidRPr="003459CD" w:rsidRDefault="00BA2EC0" w:rsidP="005F0560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PEC istituzionale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576471" w14:textId="77777777" w:rsidR="00BA2EC0" w:rsidRPr="003459CD" w:rsidRDefault="00BA2EC0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BA2EC0" w:rsidRPr="003459CD" w14:paraId="0529F2D7" w14:textId="77777777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F4B5C5" w14:textId="008B930D" w:rsidR="00BA2EC0" w:rsidRPr="003459CD" w:rsidRDefault="00853F3B" w:rsidP="005F0560">
            <w:pPr>
              <w:spacing w:after="0" w:line="252" w:lineRule="auto"/>
            </w:pPr>
            <w:r>
              <w:rPr>
                <w:b/>
                <w:color w:val="1D4B77"/>
                <w:sz w:val="17"/>
              </w:rPr>
              <w:t>Legale Rappresentante – Nome Cognome</w:t>
            </w:r>
            <w:r w:rsidRPr="003459CD">
              <w:rPr>
                <w:b/>
                <w:color w:val="1D4B77"/>
                <w:sz w:val="17"/>
              </w:rPr>
              <w:t xml:space="preserve"> </w:t>
            </w:r>
            <w:r>
              <w:rPr>
                <w:b/>
                <w:color w:val="1D4B77"/>
                <w:sz w:val="17"/>
              </w:rPr>
              <w:t xml:space="preserve">CF </w:t>
            </w:r>
            <w:r w:rsidRPr="003459CD">
              <w:rPr>
                <w:b/>
                <w:color w:val="1D4B77"/>
                <w:sz w:val="17"/>
              </w:rPr>
              <w:t>E-mai</w:t>
            </w:r>
            <w:r>
              <w:rPr>
                <w:b/>
                <w:color w:val="1D4B77"/>
                <w:sz w:val="17"/>
              </w:rPr>
              <w:t>l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EE2C66" w14:textId="77777777" w:rsidR="00BA2EC0" w:rsidRPr="003459CD" w:rsidRDefault="00BA2EC0" w:rsidP="005F0560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2F57F7" w:rsidRPr="003459CD" w14:paraId="753AA438" w14:textId="77777777" w:rsidTr="00BA2EC0">
        <w:trPr>
          <w:trHeight w:val="220"/>
        </w:trPr>
        <w:tc>
          <w:tcPr>
            <w:tcW w:w="389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5269E9" w14:textId="77777777" w:rsidR="002F57F7" w:rsidRDefault="002F57F7" w:rsidP="005F0560">
            <w:pPr>
              <w:spacing w:after="0" w:line="252" w:lineRule="auto"/>
              <w:rPr>
                <w:b/>
                <w:color w:val="1D4B77"/>
                <w:sz w:val="17"/>
              </w:rPr>
            </w:pPr>
          </w:p>
        </w:tc>
        <w:tc>
          <w:tcPr>
            <w:tcW w:w="6297" w:type="dxa"/>
            <w:tcBorders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B6006A" w14:textId="77777777" w:rsidR="002F57F7" w:rsidRPr="003459CD" w:rsidRDefault="002F57F7" w:rsidP="005F0560">
            <w:pPr>
              <w:spacing w:after="0" w:line="252" w:lineRule="auto"/>
              <w:rPr>
                <w:i/>
                <w:color w:val="666666"/>
                <w:sz w:val="17"/>
              </w:rPr>
            </w:pPr>
          </w:p>
        </w:tc>
      </w:tr>
    </w:tbl>
    <w:p w14:paraId="466F24AC" w14:textId="77777777" w:rsidR="00AF2FF5" w:rsidRDefault="00AF2FF5">
      <w:pPr>
        <w:pBdr>
          <w:bottom w:val="single" w:sz="6" w:space="1" w:color="8EA9C1"/>
        </w:pBdr>
        <w:spacing w:before="240" w:after="100"/>
        <w:jc w:val="center"/>
        <w:rPr>
          <w:b/>
          <w:color w:val="1D4B77"/>
          <w:sz w:val="20"/>
        </w:rPr>
      </w:pPr>
    </w:p>
    <w:p w14:paraId="79CEBB68" w14:textId="77777777" w:rsidR="003C3777" w:rsidRDefault="003C3777">
      <w:pPr>
        <w:pBdr>
          <w:bottom w:val="single" w:sz="6" w:space="1" w:color="8EA9C1"/>
        </w:pBdr>
        <w:spacing w:before="240" w:after="100"/>
        <w:jc w:val="center"/>
        <w:rPr>
          <w:b/>
          <w:color w:val="1D4B77"/>
          <w:sz w:val="20"/>
        </w:rPr>
      </w:pPr>
    </w:p>
    <w:p w14:paraId="60CEBF5C" w14:textId="57D7138E" w:rsidR="00293422" w:rsidRPr="003459CD" w:rsidRDefault="003C3777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lastRenderedPageBreak/>
        <w:t>3</w:t>
      </w:r>
      <w:r w:rsidR="004F1002" w:rsidRPr="003459CD">
        <w:rPr>
          <w:b/>
          <w:color w:val="1D4B77"/>
          <w:sz w:val="20"/>
        </w:rPr>
        <w:t>. DATI GENERALI DEL PROGETTO TERRITORIALE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855E33" w:rsidRPr="003459CD" w14:paraId="5AA2EFAB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9015C5" w14:textId="77777777" w:rsidR="00855E33" w:rsidRPr="003459CD" w:rsidRDefault="00855E33" w:rsidP="00855E33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Titolo del progetto territoriale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A00F3F" w14:textId="77777777" w:rsidR="00855E33" w:rsidRPr="003459CD" w:rsidRDefault="00855E33" w:rsidP="00855E33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758DEB" w14:textId="50F2FC7D" w:rsidR="00855E33" w:rsidRPr="003459CD" w:rsidRDefault="00855E33" w:rsidP="00855E33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Numero Progetti di Vita programmati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D26CC1" w14:textId="14CD34CF" w:rsidR="00855E33" w:rsidRPr="003459CD" w:rsidRDefault="00855E33" w:rsidP="00855E33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  <w:tr w:rsidR="00855E33" w:rsidRPr="003459CD" w14:paraId="42142EB9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D15EDE" w14:textId="77777777" w:rsidR="00855E33" w:rsidRPr="003459CD" w:rsidRDefault="00855E33" w:rsidP="00855E33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Numero destinatari in possesso dei requisiti indicati ai fini del fabbisogno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314C21" w14:textId="77777777" w:rsidR="00855E33" w:rsidRPr="003459CD" w:rsidRDefault="00855E33" w:rsidP="00855E33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4273E4" w14:textId="1F6FA42C" w:rsidR="00855E33" w:rsidRPr="003459CD" w:rsidRDefault="00855E33" w:rsidP="00855E33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CUP se disponibile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64CCDD" w14:textId="18F9DD97" w:rsidR="00855E33" w:rsidRPr="003459CD" w:rsidRDefault="00855E33" w:rsidP="00855E33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</w:tbl>
    <w:p w14:paraId="2355FC18" w14:textId="77777777" w:rsidR="00293422" w:rsidRPr="003459CD" w:rsidRDefault="004F1002">
      <w:pPr>
        <w:spacing w:before="140" w:after="40"/>
      </w:pPr>
      <w:r w:rsidRPr="003459CD">
        <w:rPr>
          <w:b/>
          <w:color w:val="1D4B77"/>
          <w:sz w:val="18"/>
        </w:rPr>
        <w:t>Sintesi del progetto territoriale</w:t>
      </w:r>
    </w:p>
    <w:p w14:paraId="34B4DFEA" w14:textId="6A6816C0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Descrivere in modo sintetico finalità, obiettivi generali, destinatari, principali linee di intervento e risultati attesi</w:t>
      </w:r>
      <w:r w:rsidR="00056927">
        <w:rPr>
          <w:i/>
          <w:color w:val="505050"/>
          <w:sz w:val="17"/>
        </w:rPr>
        <w:t xml:space="preserve"> (MAX 3000 caratteri)</w:t>
      </w:r>
      <w:r w:rsidRPr="003459CD">
        <w:rPr>
          <w:i/>
          <w:color w:val="505050"/>
          <w:sz w:val="17"/>
        </w:rPr>
        <w:t>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10200"/>
      </w:tblGrid>
      <w:tr w:rsidR="00293422" w:rsidRPr="003459CD" w14:paraId="6111D0DE" w14:textId="77777777">
        <w:trPr>
          <w:jc w:val="center"/>
        </w:trPr>
        <w:tc>
          <w:tcPr>
            <w:tcW w:w="10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8C8C0D" w14:textId="77777777" w:rsidR="00D82307" w:rsidRDefault="004F1002">
            <w:pPr>
              <w:spacing w:after="0" w:line="252" w:lineRule="auto"/>
              <w:rPr>
                <w:sz w:val="18"/>
              </w:rPr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  <w:p w14:paraId="03042582" w14:textId="77777777" w:rsidR="00D82307" w:rsidRDefault="00D82307">
            <w:pPr>
              <w:spacing w:after="0" w:line="252" w:lineRule="auto"/>
              <w:rPr>
                <w:sz w:val="18"/>
              </w:rPr>
            </w:pPr>
          </w:p>
          <w:p w14:paraId="475815E1" w14:textId="77777777" w:rsidR="00D82307" w:rsidRDefault="00D82307">
            <w:pPr>
              <w:spacing w:after="0" w:line="252" w:lineRule="auto"/>
              <w:rPr>
                <w:sz w:val="18"/>
              </w:rPr>
            </w:pPr>
          </w:p>
          <w:p w14:paraId="0B4D1415" w14:textId="77777777" w:rsidR="00106E08" w:rsidRDefault="00106E08">
            <w:pPr>
              <w:spacing w:after="0" w:line="252" w:lineRule="auto"/>
              <w:rPr>
                <w:sz w:val="18"/>
              </w:rPr>
            </w:pPr>
          </w:p>
          <w:p w14:paraId="7E9637DD" w14:textId="77777777" w:rsidR="00106E08" w:rsidRDefault="00106E08">
            <w:pPr>
              <w:spacing w:after="0" w:line="252" w:lineRule="auto"/>
              <w:rPr>
                <w:sz w:val="18"/>
              </w:rPr>
            </w:pPr>
          </w:p>
          <w:p w14:paraId="26034C31" w14:textId="77777777" w:rsidR="00106E08" w:rsidRDefault="00106E08">
            <w:pPr>
              <w:spacing w:after="0" w:line="252" w:lineRule="auto"/>
              <w:rPr>
                <w:sz w:val="18"/>
              </w:rPr>
            </w:pPr>
          </w:p>
          <w:p w14:paraId="6A491735" w14:textId="77777777" w:rsidR="00106E08" w:rsidRDefault="00106E08">
            <w:pPr>
              <w:spacing w:after="0" w:line="252" w:lineRule="auto"/>
              <w:rPr>
                <w:sz w:val="18"/>
              </w:rPr>
            </w:pPr>
          </w:p>
          <w:p w14:paraId="1E42E8AC" w14:textId="77777777" w:rsidR="00106E08" w:rsidRDefault="00106E08">
            <w:pPr>
              <w:spacing w:after="0" w:line="252" w:lineRule="auto"/>
              <w:rPr>
                <w:sz w:val="18"/>
              </w:rPr>
            </w:pPr>
          </w:p>
          <w:p w14:paraId="19FEDA85" w14:textId="511FADB7" w:rsidR="00293422" w:rsidRPr="003459CD" w:rsidRDefault="004F1002">
            <w:pPr>
              <w:spacing w:after="0" w:line="252" w:lineRule="auto"/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</w:tc>
      </w:tr>
    </w:tbl>
    <w:p w14:paraId="0386C977" w14:textId="2F047140" w:rsidR="00293422" w:rsidRPr="003459CD" w:rsidRDefault="00743E56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t>4</w:t>
      </w:r>
      <w:r w:rsidR="004F1002" w:rsidRPr="003459CD">
        <w:rPr>
          <w:b/>
          <w:color w:val="1D4B77"/>
          <w:sz w:val="20"/>
        </w:rPr>
        <w:t>. FABBISOGNO TERRITORIALE E DESTINATARI</w:t>
      </w:r>
    </w:p>
    <w:p w14:paraId="64EB9486" w14:textId="77777777" w:rsidR="00293422" w:rsidRPr="003459CD" w:rsidRDefault="004F1002">
      <w:pPr>
        <w:spacing w:before="140" w:after="40"/>
      </w:pPr>
      <w:r w:rsidRPr="003459CD">
        <w:rPr>
          <w:b/>
          <w:color w:val="1D4B77"/>
          <w:sz w:val="18"/>
        </w:rPr>
        <w:t>Analisi del fabbisogno territoriale</w:t>
      </w:r>
    </w:p>
    <w:p w14:paraId="3CADBEA8" w14:textId="29217658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Illustrare bisogni rilevati, fonti informative utilizzate e modalità di quantificazione del fabbisogno dichiarato</w:t>
      </w:r>
      <w:r w:rsidR="00B404EA">
        <w:rPr>
          <w:i/>
          <w:color w:val="505050"/>
          <w:sz w:val="17"/>
        </w:rPr>
        <w:t xml:space="preserve"> (MAX 1000 Caratteri)</w:t>
      </w:r>
      <w:r w:rsidRPr="003459CD">
        <w:rPr>
          <w:i/>
          <w:color w:val="505050"/>
          <w:sz w:val="17"/>
        </w:rPr>
        <w:t>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293422" w:rsidRPr="003459CD" w14:paraId="49CBEA96" w14:textId="77777777">
        <w:trPr>
          <w:jc w:val="center"/>
        </w:trPr>
        <w:tc>
          <w:tcPr>
            <w:tcW w:w="10200" w:type="dxa"/>
            <w:gridSpan w:val="4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7DAEC7" w14:textId="77777777" w:rsidR="00BE5AF4" w:rsidRPr="003459CD" w:rsidRDefault="004F1002">
            <w:pPr>
              <w:spacing w:after="0" w:line="252" w:lineRule="auto"/>
              <w:rPr>
                <w:sz w:val="18"/>
              </w:rPr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  <w:p w14:paraId="0785B55C" w14:textId="77777777" w:rsidR="00BE5AF4" w:rsidRPr="003459CD" w:rsidRDefault="00BE5AF4">
            <w:pPr>
              <w:spacing w:after="0" w:line="252" w:lineRule="auto"/>
              <w:rPr>
                <w:sz w:val="18"/>
              </w:rPr>
            </w:pPr>
          </w:p>
          <w:p w14:paraId="0B653725" w14:textId="77777777" w:rsidR="00BE5AF4" w:rsidRPr="003459CD" w:rsidRDefault="00BE5AF4">
            <w:pPr>
              <w:spacing w:after="0" w:line="252" w:lineRule="auto"/>
              <w:rPr>
                <w:sz w:val="18"/>
              </w:rPr>
            </w:pPr>
          </w:p>
          <w:p w14:paraId="70781509" w14:textId="2F8B3B0D" w:rsidR="00293422" w:rsidRPr="003459CD" w:rsidRDefault="004F1002">
            <w:pPr>
              <w:spacing w:after="0" w:line="252" w:lineRule="auto"/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</w:tc>
      </w:tr>
      <w:tr w:rsidR="00293422" w:rsidRPr="003459CD" w14:paraId="0453223B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F3611F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b/>
                <w:color w:val="1D4B77"/>
                <w:sz w:val="17"/>
              </w:rPr>
              <w:t>Destinatari complessivi indicati ai fini del fabbisogno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E1B9ED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A6A6DD" w14:textId="278D6200" w:rsidR="00293422" w:rsidRPr="003459CD" w:rsidRDefault="00293422">
            <w:pPr>
              <w:spacing w:after="0" w:line="252" w:lineRule="auto"/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5C7075" w14:textId="6396B43D" w:rsidR="00293422" w:rsidRPr="003459CD" w:rsidRDefault="00293422">
            <w:pPr>
              <w:spacing w:after="0" w:line="252" w:lineRule="auto"/>
            </w:pPr>
          </w:p>
        </w:tc>
      </w:tr>
      <w:tr w:rsidR="00293422" w:rsidRPr="003459CD" w14:paraId="243BF8A4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54F03A" w14:textId="40680EC6" w:rsidR="00293422" w:rsidRPr="003459CD" w:rsidRDefault="00293422">
            <w:pPr>
              <w:spacing w:after="0" w:line="252" w:lineRule="auto"/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909CCA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DBC24E" w14:textId="63307EDF" w:rsidR="00293422" w:rsidRPr="003459CD" w:rsidRDefault="00293422">
            <w:pPr>
              <w:spacing w:after="0" w:line="252" w:lineRule="auto"/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BA0AC5" w14:textId="75F56BAB" w:rsidR="00293422" w:rsidRPr="003459CD" w:rsidRDefault="00293422">
            <w:pPr>
              <w:spacing w:after="0" w:line="252" w:lineRule="auto"/>
            </w:pPr>
          </w:p>
        </w:tc>
      </w:tr>
      <w:tr w:rsidR="00293422" w:rsidRPr="003459CD" w14:paraId="3FE50E62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BE7396" w14:textId="730BA954" w:rsidR="00293422" w:rsidRPr="001545E0" w:rsidRDefault="00293422">
            <w:pPr>
              <w:spacing w:after="0" w:line="252" w:lineRule="auto"/>
              <w:rPr>
                <w:b/>
                <w:color w:val="1D4B77"/>
                <w:sz w:val="17"/>
              </w:rPr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650A53" w14:textId="3A0D865F" w:rsidR="00293422" w:rsidRPr="001545E0" w:rsidRDefault="001545E0">
            <w:pPr>
              <w:spacing w:after="0" w:line="252" w:lineRule="auto"/>
              <w:rPr>
                <w:b/>
                <w:color w:val="1D4B77"/>
                <w:sz w:val="17"/>
              </w:rPr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49DAE8" w14:textId="0D323092" w:rsidR="00293422" w:rsidRPr="001545E0" w:rsidRDefault="00293422">
            <w:pPr>
              <w:spacing w:after="0" w:line="252" w:lineRule="auto"/>
              <w:rPr>
                <w:b/>
                <w:color w:val="1D4B77"/>
                <w:sz w:val="17"/>
              </w:rPr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5FDE6E" w14:textId="568025AD" w:rsidR="00293422" w:rsidRPr="003459CD" w:rsidRDefault="00293422">
            <w:pPr>
              <w:spacing w:after="0" w:line="252" w:lineRule="auto"/>
            </w:pPr>
          </w:p>
        </w:tc>
      </w:tr>
      <w:tr w:rsidR="001545E0" w:rsidRPr="003459CD" w14:paraId="4FE62F37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9D65C3" w14:textId="216BEED5" w:rsidR="001545E0" w:rsidRPr="001545E0" w:rsidRDefault="001545E0">
            <w:pPr>
              <w:spacing w:after="0" w:line="252" w:lineRule="auto"/>
              <w:rPr>
                <w:b/>
                <w:color w:val="1D4B77"/>
                <w:sz w:val="17"/>
              </w:rPr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55D5F5" w14:textId="13EC3446" w:rsidR="001545E0" w:rsidRPr="003459CD" w:rsidRDefault="004654AC">
            <w:pPr>
              <w:spacing w:after="0" w:line="252" w:lineRule="auto"/>
              <w:rPr>
                <w:i/>
                <w:color w:val="666666"/>
                <w:sz w:val="17"/>
              </w:rPr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FE1C54" w14:textId="558DEA73" w:rsidR="001545E0" w:rsidRPr="001545E0" w:rsidRDefault="001545E0">
            <w:pPr>
              <w:spacing w:after="0" w:line="252" w:lineRule="auto"/>
              <w:rPr>
                <w:b/>
                <w:color w:val="1D4B77"/>
                <w:sz w:val="17"/>
              </w:rPr>
            </w:pP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9193F7" w14:textId="597E18E5" w:rsidR="001545E0" w:rsidRPr="003459CD" w:rsidRDefault="001545E0">
            <w:pPr>
              <w:spacing w:after="0" w:line="252" w:lineRule="auto"/>
              <w:rPr>
                <w:i/>
                <w:color w:val="666666"/>
                <w:sz w:val="17"/>
              </w:rPr>
            </w:pPr>
          </w:p>
        </w:tc>
      </w:tr>
      <w:tr w:rsidR="000D3E28" w:rsidRPr="003459CD" w14:paraId="19FE77E1" w14:textId="77777777">
        <w:trPr>
          <w:jc w:val="center"/>
        </w:trPr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D300D1" w14:textId="4D9695FA" w:rsidR="000D3E28" w:rsidRPr="003459CD" w:rsidRDefault="000D3E28" w:rsidP="000D3E28">
            <w:pPr>
              <w:spacing w:after="0" w:line="252" w:lineRule="auto"/>
              <w:rPr>
                <w:b/>
                <w:color w:val="1D4B77"/>
                <w:sz w:val="17"/>
              </w:rPr>
            </w:pPr>
            <w:r w:rsidRPr="003459CD">
              <w:rPr>
                <w:b/>
                <w:color w:val="1D4B77"/>
                <w:sz w:val="17"/>
              </w:rPr>
              <w:t xml:space="preserve">Numero nuclei familiari </w:t>
            </w:r>
            <w:r w:rsidRPr="003459CD">
              <w:rPr>
                <w:b/>
                <w:color w:val="1D4B77"/>
                <w:sz w:val="17"/>
              </w:rPr>
              <w:lastRenderedPageBreak/>
              <w:t>eventualmente coinvolti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D3404B" w14:textId="25047016" w:rsidR="000D3E28" w:rsidRPr="003459CD" w:rsidRDefault="000D3E28" w:rsidP="000D3E28">
            <w:pPr>
              <w:spacing w:after="0" w:line="252" w:lineRule="auto"/>
              <w:rPr>
                <w:i/>
                <w:color w:val="666666"/>
                <w:sz w:val="17"/>
              </w:rPr>
            </w:pPr>
            <w:r w:rsidRPr="003459CD">
              <w:rPr>
                <w:i/>
                <w:color w:val="666666"/>
                <w:sz w:val="17"/>
              </w:rPr>
              <w:lastRenderedPageBreak/>
              <w:t>Da compilare</w:t>
            </w:r>
          </w:p>
        </w:tc>
        <w:tc>
          <w:tcPr>
            <w:tcW w:w="255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566C83" w14:textId="364CD4C8" w:rsidR="000D3E28" w:rsidRPr="003459CD" w:rsidRDefault="000D3E28" w:rsidP="000D3E28">
            <w:pPr>
              <w:spacing w:after="0" w:line="252" w:lineRule="auto"/>
              <w:rPr>
                <w:b/>
                <w:color w:val="1D4B77"/>
                <w:sz w:val="17"/>
              </w:rPr>
            </w:pPr>
            <w:r w:rsidRPr="003459CD">
              <w:rPr>
                <w:b/>
                <w:color w:val="1D4B77"/>
                <w:sz w:val="17"/>
              </w:rPr>
              <w:t xml:space="preserve">Eventuali ulteriori </w:t>
            </w:r>
            <w:r w:rsidRPr="003459CD">
              <w:rPr>
                <w:b/>
                <w:color w:val="1D4B77"/>
                <w:sz w:val="17"/>
              </w:rPr>
              <w:lastRenderedPageBreak/>
              <w:t>specificazioni</w:t>
            </w:r>
          </w:p>
        </w:tc>
        <w:tc>
          <w:tcPr>
            <w:tcW w:w="25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8DD3AD" w14:textId="3C8BDFDD" w:rsidR="000D3E28" w:rsidRPr="003459CD" w:rsidRDefault="000D3E28" w:rsidP="000D3E28">
            <w:pPr>
              <w:spacing w:after="0" w:line="252" w:lineRule="auto"/>
              <w:rPr>
                <w:i/>
                <w:color w:val="666666"/>
                <w:sz w:val="17"/>
              </w:rPr>
            </w:pPr>
            <w:r w:rsidRPr="003459CD">
              <w:rPr>
                <w:i/>
                <w:color w:val="666666"/>
                <w:sz w:val="17"/>
              </w:rPr>
              <w:lastRenderedPageBreak/>
              <w:t>Da compilare</w:t>
            </w:r>
          </w:p>
        </w:tc>
      </w:tr>
    </w:tbl>
    <w:p w14:paraId="51659925" w14:textId="77777777" w:rsidR="00293422" w:rsidRPr="003459CD" w:rsidRDefault="004F1002">
      <w:pPr>
        <w:spacing w:before="140" w:after="40"/>
      </w:pPr>
      <w:r w:rsidRPr="003459CD">
        <w:rPr>
          <w:b/>
          <w:color w:val="1D4B77"/>
          <w:sz w:val="18"/>
        </w:rPr>
        <w:t>Modalità di individuazione dei destinatari finali</w:t>
      </w:r>
    </w:p>
    <w:p w14:paraId="41B10E96" w14:textId="4E88B136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Descrivere le modalità trasparenti, tracciabili e coerenti con il fabbisogno rilevato, anche qualora l’individuazione avvenga dopo l’ammissione a finanziamento</w:t>
      </w:r>
      <w:r w:rsidR="00743E56">
        <w:rPr>
          <w:i/>
          <w:color w:val="505050"/>
          <w:sz w:val="17"/>
        </w:rPr>
        <w:t xml:space="preserve"> (Max 1000 caratteri)</w:t>
      </w:r>
      <w:r w:rsidRPr="003459CD">
        <w:rPr>
          <w:i/>
          <w:color w:val="505050"/>
          <w:sz w:val="17"/>
        </w:rPr>
        <w:t>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10200"/>
      </w:tblGrid>
      <w:tr w:rsidR="00293422" w:rsidRPr="003459CD" w14:paraId="72D24FC6" w14:textId="77777777">
        <w:trPr>
          <w:jc w:val="center"/>
        </w:trPr>
        <w:tc>
          <w:tcPr>
            <w:tcW w:w="10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331D17" w14:textId="77777777" w:rsidR="00743E56" w:rsidRDefault="004F1002">
            <w:pPr>
              <w:spacing w:after="0" w:line="252" w:lineRule="auto"/>
              <w:rPr>
                <w:sz w:val="18"/>
              </w:rPr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  <w:p w14:paraId="24A560F2" w14:textId="77777777" w:rsidR="00743E56" w:rsidRDefault="00743E56">
            <w:pPr>
              <w:spacing w:after="0" w:line="252" w:lineRule="auto"/>
              <w:rPr>
                <w:sz w:val="18"/>
              </w:rPr>
            </w:pPr>
          </w:p>
          <w:p w14:paraId="43BCEA26" w14:textId="77777777" w:rsidR="00743E56" w:rsidRDefault="00743E56">
            <w:pPr>
              <w:spacing w:after="0" w:line="252" w:lineRule="auto"/>
              <w:rPr>
                <w:sz w:val="18"/>
              </w:rPr>
            </w:pPr>
          </w:p>
          <w:p w14:paraId="6E57D318" w14:textId="77777777" w:rsidR="00743E56" w:rsidRDefault="00743E56">
            <w:pPr>
              <w:spacing w:after="0" w:line="252" w:lineRule="auto"/>
              <w:rPr>
                <w:sz w:val="18"/>
              </w:rPr>
            </w:pPr>
          </w:p>
          <w:p w14:paraId="4D9FD130" w14:textId="77777777" w:rsidR="00743E56" w:rsidRDefault="00743E56">
            <w:pPr>
              <w:spacing w:after="0" w:line="252" w:lineRule="auto"/>
              <w:rPr>
                <w:sz w:val="18"/>
              </w:rPr>
            </w:pPr>
          </w:p>
          <w:p w14:paraId="4A566721" w14:textId="77777777" w:rsidR="00743E56" w:rsidRDefault="00743E56">
            <w:pPr>
              <w:spacing w:after="0" w:line="252" w:lineRule="auto"/>
              <w:rPr>
                <w:sz w:val="18"/>
              </w:rPr>
            </w:pPr>
          </w:p>
          <w:p w14:paraId="1411E6ED" w14:textId="77777777" w:rsidR="00743E56" w:rsidRDefault="00743E56">
            <w:pPr>
              <w:spacing w:after="0" w:line="252" w:lineRule="auto"/>
              <w:rPr>
                <w:sz w:val="18"/>
              </w:rPr>
            </w:pPr>
          </w:p>
          <w:p w14:paraId="40896AC8" w14:textId="6FBF2C43" w:rsidR="00293422" w:rsidRPr="003459CD" w:rsidRDefault="004F1002">
            <w:pPr>
              <w:spacing w:after="0" w:line="252" w:lineRule="auto"/>
            </w:pPr>
            <w:r w:rsidRPr="003459CD">
              <w:rPr>
                <w:sz w:val="18"/>
              </w:rPr>
              <w:br/>
            </w:r>
          </w:p>
        </w:tc>
      </w:tr>
    </w:tbl>
    <w:p w14:paraId="094B45F6" w14:textId="432440DD" w:rsidR="00293422" w:rsidRPr="003459CD" w:rsidRDefault="00743E56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t>5</w:t>
      </w:r>
      <w:r w:rsidR="004F1002" w:rsidRPr="003459CD">
        <w:rPr>
          <w:b/>
          <w:color w:val="1D4B77"/>
          <w:sz w:val="20"/>
        </w:rPr>
        <w:t>. DESCRIZIONE DEL PROGETTO TERRITORIALE E DEI PROGETTI DI VITA</w:t>
      </w:r>
    </w:p>
    <w:p w14:paraId="27C7988E" w14:textId="77777777" w:rsidR="00293422" w:rsidRPr="003459CD" w:rsidRDefault="004F1002">
      <w:pPr>
        <w:spacing w:before="140" w:after="40"/>
      </w:pPr>
      <w:r w:rsidRPr="003459CD">
        <w:rPr>
          <w:b/>
          <w:color w:val="1D4B77"/>
          <w:sz w:val="18"/>
        </w:rPr>
        <w:t>Modalità di attivazione dei Progetti di Vita</w:t>
      </w:r>
    </w:p>
    <w:p w14:paraId="2F343D2E" w14:textId="2A598F14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Descrivere come il progetto territoriale sostiene la valutazione multidimensionale, la definizione, l’attuazione e l’aggiornamento dei Progetti di Vita individuali, personalizzati e partecipati</w:t>
      </w:r>
      <w:r w:rsidR="000F3AA5">
        <w:rPr>
          <w:i/>
          <w:color w:val="505050"/>
          <w:sz w:val="17"/>
        </w:rPr>
        <w:t xml:space="preserve"> (Max 3000 caratteri).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10200"/>
      </w:tblGrid>
      <w:tr w:rsidR="00293422" w:rsidRPr="003459CD" w14:paraId="7F954BAC" w14:textId="77777777">
        <w:trPr>
          <w:jc w:val="center"/>
        </w:trPr>
        <w:tc>
          <w:tcPr>
            <w:tcW w:w="10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D9886D" w14:textId="77777777" w:rsidR="000F3AA5" w:rsidRDefault="004F1002">
            <w:pPr>
              <w:spacing w:after="0" w:line="252" w:lineRule="auto"/>
              <w:rPr>
                <w:sz w:val="18"/>
              </w:rPr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  <w:p w14:paraId="42CB9686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02BFDEF8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517D0D89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6D6C8D94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7173C468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785770CB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0563FFAD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0149141E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5DEE4970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7FADA389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7F6958F1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3B14E048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60A84BDA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573023E9" w14:textId="77777777" w:rsidR="000F3AA5" w:rsidRDefault="000F3AA5">
            <w:pPr>
              <w:spacing w:after="0" w:line="252" w:lineRule="auto"/>
              <w:rPr>
                <w:sz w:val="18"/>
              </w:rPr>
            </w:pPr>
          </w:p>
          <w:p w14:paraId="021BCD08" w14:textId="3372D3B2" w:rsidR="00293422" w:rsidRPr="003459CD" w:rsidRDefault="004F1002">
            <w:pPr>
              <w:spacing w:after="0" w:line="252" w:lineRule="auto"/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</w:tc>
      </w:tr>
    </w:tbl>
    <w:p w14:paraId="1D85064A" w14:textId="77777777" w:rsidR="00293422" w:rsidRPr="003459CD" w:rsidRDefault="004F1002">
      <w:pPr>
        <w:spacing w:before="140" w:after="40"/>
      </w:pPr>
      <w:r w:rsidRPr="003459CD">
        <w:rPr>
          <w:b/>
          <w:color w:val="1D4B77"/>
          <w:sz w:val="18"/>
        </w:rPr>
        <w:t>Assetto organizzativo e raccordo con i servizi territoriali</w:t>
      </w:r>
    </w:p>
    <w:p w14:paraId="134F1895" w14:textId="32618EA2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Indicare ruoli dell’Ambito, servizi coinvolti, eventuali sedi o contesti di realizzazione già noti, modalità di coordinamento e raccordo con la rete territoriale</w:t>
      </w:r>
      <w:r w:rsidR="00994CAE">
        <w:rPr>
          <w:i/>
          <w:color w:val="505050"/>
          <w:sz w:val="17"/>
        </w:rPr>
        <w:t xml:space="preserve"> (Max 1000 caratteri)</w:t>
      </w:r>
      <w:r w:rsidRPr="003459CD">
        <w:rPr>
          <w:i/>
          <w:color w:val="505050"/>
          <w:sz w:val="17"/>
        </w:rPr>
        <w:t>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10200"/>
      </w:tblGrid>
      <w:tr w:rsidR="00293422" w:rsidRPr="003459CD" w14:paraId="1F1B5618" w14:textId="77777777">
        <w:trPr>
          <w:jc w:val="center"/>
        </w:trPr>
        <w:tc>
          <w:tcPr>
            <w:tcW w:w="10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F7FA78" w14:textId="77777777" w:rsidR="00FC6C0B" w:rsidRDefault="004F1002">
            <w:pPr>
              <w:spacing w:after="0" w:line="252" w:lineRule="auto"/>
              <w:rPr>
                <w:sz w:val="18"/>
              </w:rPr>
            </w:pPr>
            <w:r w:rsidRPr="003459CD">
              <w:rPr>
                <w:sz w:val="18"/>
              </w:rPr>
              <w:lastRenderedPageBreak/>
              <w:br/>
            </w:r>
          </w:p>
          <w:p w14:paraId="4B4DA6D0" w14:textId="77777777" w:rsidR="00FC6C0B" w:rsidRDefault="00FC6C0B">
            <w:pPr>
              <w:spacing w:after="0" w:line="252" w:lineRule="auto"/>
              <w:rPr>
                <w:sz w:val="18"/>
              </w:rPr>
            </w:pPr>
          </w:p>
          <w:p w14:paraId="4FCDAE8E" w14:textId="77777777" w:rsidR="00FC6C0B" w:rsidRDefault="00FC6C0B">
            <w:pPr>
              <w:spacing w:after="0" w:line="252" w:lineRule="auto"/>
              <w:rPr>
                <w:sz w:val="18"/>
              </w:rPr>
            </w:pPr>
          </w:p>
          <w:p w14:paraId="7CD32402" w14:textId="77777777" w:rsidR="00293422" w:rsidRDefault="004F1002">
            <w:pPr>
              <w:spacing w:after="0" w:line="252" w:lineRule="auto"/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  <w:p w14:paraId="28FB8CF3" w14:textId="77777777" w:rsidR="00994CAE" w:rsidRDefault="00994CAE">
            <w:pPr>
              <w:spacing w:after="0" w:line="252" w:lineRule="auto"/>
            </w:pPr>
          </w:p>
          <w:p w14:paraId="21037211" w14:textId="77777777" w:rsidR="00994CAE" w:rsidRDefault="00994CAE">
            <w:pPr>
              <w:spacing w:after="0" w:line="252" w:lineRule="auto"/>
            </w:pPr>
          </w:p>
          <w:p w14:paraId="3C9127AC" w14:textId="77777777" w:rsidR="00994CAE" w:rsidRDefault="00994CAE">
            <w:pPr>
              <w:spacing w:after="0" w:line="252" w:lineRule="auto"/>
            </w:pPr>
          </w:p>
          <w:p w14:paraId="5C6EBB7B" w14:textId="7D054FA7" w:rsidR="00994CAE" w:rsidRPr="003459CD" w:rsidRDefault="00994CAE">
            <w:pPr>
              <w:spacing w:after="0" w:line="252" w:lineRule="auto"/>
            </w:pPr>
          </w:p>
        </w:tc>
      </w:tr>
    </w:tbl>
    <w:p w14:paraId="76C2AC95" w14:textId="77777777" w:rsidR="00293422" w:rsidRPr="003459CD" w:rsidRDefault="004F1002">
      <w:pPr>
        <w:spacing w:before="140" w:after="40"/>
      </w:pPr>
      <w:r w:rsidRPr="003459CD">
        <w:rPr>
          <w:b/>
          <w:color w:val="1D4B77"/>
          <w:sz w:val="18"/>
        </w:rPr>
        <w:t>Eventuali soggetti della rete territoriale coinvolti</w:t>
      </w:r>
    </w:p>
    <w:p w14:paraId="2563D67A" w14:textId="77777777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Compilare solo se pertinente. Indicare soggetti coinvolti, ruolo e contributo atteso, senza duplicare documentazione da allegare separatamente.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10200"/>
      </w:tblGrid>
      <w:tr w:rsidR="00293422" w:rsidRPr="003459CD" w14:paraId="4CFDAB84" w14:textId="77777777">
        <w:trPr>
          <w:jc w:val="center"/>
        </w:trPr>
        <w:tc>
          <w:tcPr>
            <w:tcW w:w="10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6DAA79" w14:textId="77777777" w:rsidR="00FC6C0B" w:rsidRDefault="004F1002">
            <w:pPr>
              <w:spacing w:after="0" w:line="252" w:lineRule="auto"/>
              <w:rPr>
                <w:sz w:val="18"/>
              </w:rPr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  <w:p w14:paraId="3792BE0A" w14:textId="77777777" w:rsidR="00FC6C0B" w:rsidRDefault="00FC6C0B">
            <w:pPr>
              <w:spacing w:after="0" w:line="252" w:lineRule="auto"/>
              <w:rPr>
                <w:sz w:val="18"/>
              </w:rPr>
            </w:pPr>
          </w:p>
          <w:p w14:paraId="498D07B3" w14:textId="77777777" w:rsidR="00FC6C0B" w:rsidRDefault="00FC6C0B">
            <w:pPr>
              <w:spacing w:after="0" w:line="252" w:lineRule="auto"/>
              <w:rPr>
                <w:sz w:val="18"/>
              </w:rPr>
            </w:pPr>
          </w:p>
          <w:p w14:paraId="73FC4632" w14:textId="77777777" w:rsidR="00FC6C0B" w:rsidRDefault="00FC6C0B">
            <w:pPr>
              <w:spacing w:after="0" w:line="252" w:lineRule="auto"/>
              <w:rPr>
                <w:sz w:val="18"/>
              </w:rPr>
            </w:pPr>
          </w:p>
          <w:p w14:paraId="0227D406" w14:textId="426D3E4F" w:rsidR="00293422" w:rsidRPr="003459CD" w:rsidRDefault="004F1002">
            <w:pPr>
              <w:spacing w:after="0" w:line="252" w:lineRule="auto"/>
            </w:pPr>
            <w:r w:rsidRPr="003459CD">
              <w:rPr>
                <w:sz w:val="18"/>
              </w:rPr>
              <w:br/>
            </w:r>
          </w:p>
        </w:tc>
      </w:tr>
    </w:tbl>
    <w:p w14:paraId="3AA9CFC8" w14:textId="013D0804" w:rsidR="00293422" w:rsidRPr="003459CD" w:rsidRDefault="00994CAE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t>6</w:t>
      </w:r>
      <w:r w:rsidR="004F1002" w:rsidRPr="003459CD">
        <w:rPr>
          <w:b/>
          <w:color w:val="1D4B77"/>
          <w:sz w:val="20"/>
        </w:rPr>
        <w:t>. AZIONI PREVISTE</w:t>
      </w:r>
    </w:p>
    <w:p w14:paraId="1F94FA8F" w14:textId="77777777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Selezionare e descrivere solo le azioni effettivamente previste nel progetto territoriale. Non è necessario compilare voci non pertinenti.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293422" w:rsidRPr="003459CD" w14:paraId="33000B0B" w14:textId="77777777">
        <w:trPr>
          <w:jc w:val="center"/>
        </w:trPr>
        <w:tc>
          <w:tcPr>
            <w:tcW w:w="204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5CFDB1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Azione/linea di intervento</w:t>
            </w:r>
          </w:p>
        </w:tc>
        <w:tc>
          <w:tcPr>
            <w:tcW w:w="204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7D3C8D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Prevista</w:t>
            </w:r>
          </w:p>
        </w:tc>
        <w:tc>
          <w:tcPr>
            <w:tcW w:w="204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88D179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Descrizione sintetica</w:t>
            </w:r>
          </w:p>
        </w:tc>
        <w:tc>
          <w:tcPr>
            <w:tcW w:w="204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D91081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Destinatari/Progetti di Vita interessati</w:t>
            </w:r>
          </w:p>
        </w:tc>
        <w:tc>
          <w:tcPr>
            <w:tcW w:w="204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5B2750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Output attesi</w:t>
            </w:r>
          </w:p>
        </w:tc>
      </w:tr>
      <w:tr w:rsidR="00293422" w:rsidRPr="003459CD" w14:paraId="61457AA5" w14:textId="77777777">
        <w:trPr>
          <w:jc w:val="center"/>
        </w:trPr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B47CD0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Valutazione multidimensionale e Progetto di Vita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250CE8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sz w:val="16"/>
              </w:rPr>
              <w:t>☐ Sì</w:t>
            </w:r>
            <w:r w:rsidRPr="003459CD">
              <w:rPr>
                <w:sz w:val="16"/>
              </w:rPr>
              <w:br/>
              <w:t>☐ No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6CF5D9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20704E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813E73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6F7B56B6" w14:textId="77777777">
        <w:trPr>
          <w:jc w:val="center"/>
        </w:trPr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7F06F9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Autonomia personale, sociale e relazionale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3B6209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sz w:val="16"/>
              </w:rPr>
              <w:t>☐ Sì</w:t>
            </w:r>
            <w:r w:rsidRPr="003459CD">
              <w:rPr>
                <w:sz w:val="16"/>
              </w:rPr>
              <w:br/>
              <w:t>☐ No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2CDC79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12C255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B60F71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6B04F314" w14:textId="77777777">
        <w:trPr>
          <w:jc w:val="center"/>
        </w:trPr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BA7D46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Interventi educativi, socioeducativi e inclusione comunitaria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64DBB2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sz w:val="16"/>
              </w:rPr>
              <w:t>☐ Sì</w:t>
            </w:r>
            <w:r w:rsidRPr="003459CD">
              <w:rPr>
                <w:sz w:val="16"/>
              </w:rPr>
              <w:br/>
              <w:t>☐ No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4CF967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08D808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548F28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00E017AB" w14:textId="77777777">
        <w:trPr>
          <w:jc w:val="center"/>
        </w:trPr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EE48B7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Orientamento, formazione e inclusione lavorativa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687776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sz w:val="16"/>
              </w:rPr>
              <w:t>☐ Sì</w:t>
            </w:r>
            <w:r w:rsidRPr="003459CD">
              <w:rPr>
                <w:sz w:val="16"/>
              </w:rPr>
              <w:br/>
              <w:t>☐ No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BBC1B0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022BEC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5BABF1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31E6F099" w14:textId="77777777">
        <w:trPr>
          <w:jc w:val="center"/>
        </w:trPr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F8A9CD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Supporto ai nuclei familiari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96FD87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sz w:val="16"/>
              </w:rPr>
              <w:t>☐ Sì</w:t>
            </w:r>
            <w:r w:rsidRPr="003459CD">
              <w:rPr>
                <w:sz w:val="16"/>
              </w:rPr>
              <w:br/>
              <w:t>☐ No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892A80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305BDF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415F04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624BF9D4" w14:textId="77777777">
        <w:trPr>
          <w:jc w:val="center"/>
        </w:trPr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A8F6C0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Ausili, tecnologie assistive, tutoraggio e case management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0EDD13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sz w:val="16"/>
              </w:rPr>
              <w:t>☐ Sì</w:t>
            </w:r>
            <w:r w:rsidRPr="003459CD">
              <w:rPr>
                <w:sz w:val="16"/>
              </w:rPr>
              <w:br/>
              <w:t>☐ No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43D3A8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1B9EE2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20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AB2F8D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</w:tbl>
    <w:p w14:paraId="17BC3068" w14:textId="13E5C155" w:rsidR="00293422" w:rsidRPr="003459CD" w:rsidRDefault="00E33669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lastRenderedPageBreak/>
        <w:t>7</w:t>
      </w:r>
      <w:r w:rsidR="004F1002" w:rsidRPr="003459CD">
        <w:rPr>
          <w:b/>
          <w:color w:val="1D4B77"/>
          <w:sz w:val="20"/>
        </w:rPr>
        <w:t>. MONITORAGGIO E RISULTATI ATTESI</w:t>
      </w:r>
    </w:p>
    <w:p w14:paraId="2999B8F5" w14:textId="77777777" w:rsidR="00293422" w:rsidRPr="003459CD" w:rsidRDefault="004F1002">
      <w:pPr>
        <w:spacing w:before="140" w:after="40"/>
      </w:pPr>
      <w:r w:rsidRPr="003459CD">
        <w:rPr>
          <w:b/>
          <w:color w:val="1D4B77"/>
          <w:sz w:val="18"/>
        </w:rPr>
        <w:t>Modalità di monitoraggio</w:t>
      </w:r>
    </w:p>
    <w:p w14:paraId="09596B2B" w14:textId="3B04711A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Indicare modalità di rilevazione dei dati fisici, procedurali e finanziari, responsabilità, frequenza delle verifiche e gestione di eventuali criticità</w:t>
      </w:r>
      <w:r w:rsidR="00E33669">
        <w:rPr>
          <w:i/>
          <w:color w:val="505050"/>
          <w:sz w:val="17"/>
        </w:rPr>
        <w:t xml:space="preserve"> (MAX 1000 caratteri).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293422" w:rsidRPr="003459CD" w14:paraId="7B1E2913" w14:textId="77777777">
        <w:trPr>
          <w:jc w:val="center"/>
        </w:trPr>
        <w:tc>
          <w:tcPr>
            <w:tcW w:w="10200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8B9AE7" w14:textId="77777777" w:rsidR="00AA4962" w:rsidRPr="003459CD" w:rsidRDefault="004F1002">
            <w:pPr>
              <w:spacing w:after="0" w:line="252" w:lineRule="auto"/>
              <w:rPr>
                <w:sz w:val="18"/>
              </w:rPr>
            </w:pPr>
            <w:r w:rsidRPr="003459CD">
              <w:rPr>
                <w:sz w:val="18"/>
              </w:rPr>
              <w:br/>
            </w:r>
          </w:p>
          <w:p w14:paraId="1DD35AFF" w14:textId="77777777" w:rsidR="00AA4962" w:rsidRPr="003459CD" w:rsidRDefault="00AA4962">
            <w:pPr>
              <w:spacing w:after="0" w:line="252" w:lineRule="auto"/>
              <w:rPr>
                <w:sz w:val="18"/>
              </w:rPr>
            </w:pPr>
          </w:p>
          <w:p w14:paraId="2A5BA069" w14:textId="77777777" w:rsidR="00AA4962" w:rsidRPr="003459CD" w:rsidRDefault="00AA4962">
            <w:pPr>
              <w:spacing w:after="0" w:line="252" w:lineRule="auto"/>
              <w:rPr>
                <w:sz w:val="18"/>
              </w:rPr>
            </w:pPr>
          </w:p>
          <w:p w14:paraId="75BE4484" w14:textId="77777777" w:rsidR="00AA4962" w:rsidRDefault="00AA4962">
            <w:pPr>
              <w:spacing w:after="0" w:line="252" w:lineRule="auto"/>
              <w:rPr>
                <w:sz w:val="18"/>
              </w:rPr>
            </w:pPr>
          </w:p>
          <w:p w14:paraId="592061D0" w14:textId="77777777" w:rsidR="00E33669" w:rsidRDefault="00E33669">
            <w:pPr>
              <w:spacing w:after="0" w:line="252" w:lineRule="auto"/>
              <w:rPr>
                <w:sz w:val="18"/>
              </w:rPr>
            </w:pPr>
          </w:p>
          <w:p w14:paraId="43DB7B59" w14:textId="77777777" w:rsidR="00E33669" w:rsidRPr="003459CD" w:rsidRDefault="00E33669">
            <w:pPr>
              <w:spacing w:after="0" w:line="252" w:lineRule="auto"/>
              <w:rPr>
                <w:sz w:val="18"/>
              </w:rPr>
            </w:pPr>
          </w:p>
          <w:p w14:paraId="77128101" w14:textId="77777777" w:rsidR="00AA4962" w:rsidRPr="003459CD" w:rsidRDefault="00AA4962">
            <w:pPr>
              <w:spacing w:after="0" w:line="252" w:lineRule="auto"/>
              <w:rPr>
                <w:sz w:val="18"/>
              </w:rPr>
            </w:pPr>
          </w:p>
          <w:p w14:paraId="467758D6" w14:textId="77777777" w:rsidR="00AA4962" w:rsidRPr="003459CD" w:rsidRDefault="00AA4962">
            <w:pPr>
              <w:spacing w:after="0" w:line="252" w:lineRule="auto"/>
              <w:rPr>
                <w:sz w:val="18"/>
              </w:rPr>
            </w:pPr>
          </w:p>
          <w:p w14:paraId="46711422" w14:textId="1BEBF734" w:rsidR="00293422" w:rsidRPr="003459CD" w:rsidRDefault="004F1002">
            <w:pPr>
              <w:spacing w:after="0" w:line="252" w:lineRule="auto"/>
            </w:pP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  <w:r w:rsidRPr="003459CD">
              <w:rPr>
                <w:sz w:val="18"/>
              </w:rPr>
              <w:br/>
            </w:r>
          </w:p>
        </w:tc>
      </w:tr>
      <w:tr w:rsidR="00293422" w:rsidRPr="003459CD" w14:paraId="28BF7405" w14:textId="77777777">
        <w:trPr>
          <w:jc w:val="center"/>
        </w:trPr>
        <w:tc>
          <w:tcPr>
            <w:tcW w:w="34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1ABE1B" w14:textId="77777777" w:rsidR="00293422" w:rsidRPr="003459CD" w:rsidRDefault="004F1002" w:rsidP="00B41B80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Indicatore minimo</w:t>
            </w:r>
          </w:p>
        </w:tc>
        <w:tc>
          <w:tcPr>
            <w:tcW w:w="34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67DD75" w14:textId="77777777" w:rsidR="00BA470A" w:rsidRDefault="00BA470A" w:rsidP="00B41B80">
            <w:pPr>
              <w:spacing w:after="0" w:line="252" w:lineRule="auto"/>
              <w:jc w:val="center"/>
              <w:rPr>
                <w:b/>
                <w:color w:val="1D4B77"/>
                <w:sz w:val="16"/>
              </w:rPr>
            </w:pPr>
          </w:p>
          <w:p w14:paraId="54472018" w14:textId="12D8920E" w:rsidR="00512122" w:rsidRDefault="004F1002" w:rsidP="00B41B80">
            <w:pPr>
              <w:spacing w:after="0" w:line="252" w:lineRule="auto"/>
              <w:jc w:val="center"/>
              <w:rPr>
                <w:b/>
                <w:color w:val="1D4B77"/>
                <w:sz w:val="16"/>
              </w:rPr>
            </w:pPr>
            <w:r w:rsidRPr="003459CD">
              <w:rPr>
                <w:b/>
                <w:color w:val="1D4B77"/>
                <w:sz w:val="16"/>
              </w:rPr>
              <w:t>Valore previsto</w:t>
            </w:r>
          </w:p>
          <w:p w14:paraId="4FFBE38E" w14:textId="09621552" w:rsidR="00293422" w:rsidRPr="003459CD" w:rsidRDefault="00293422" w:rsidP="00B41B80">
            <w:pPr>
              <w:spacing w:after="0" w:line="252" w:lineRule="auto"/>
              <w:jc w:val="center"/>
            </w:pPr>
          </w:p>
        </w:tc>
        <w:tc>
          <w:tcPr>
            <w:tcW w:w="34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559EF2" w14:textId="77777777" w:rsidR="00293422" w:rsidRPr="003459CD" w:rsidRDefault="004F1002" w:rsidP="00B41B80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Fonte/strumento di rilevazione</w:t>
            </w:r>
          </w:p>
        </w:tc>
      </w:tr>
      <w:tr w:rsidR="00293422" w:rsidRPr="003459CD" w14:paraId="7360DAC6" w14:textId="77777777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D2AFF1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Numero destinatari presi in carico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B49F5E" w14:textId="2A0B5290" w:rsidR="00293422" w:rsidRPr="006E25EB" w:rsidRDefault="004F1002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52CBCA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195B00" w:rsidRPr="003459CD" w14:paraId="5743D857" w14:textId="77777777" w:rsidTr="005A7D23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B82781" w14:textId="0691C23C" w:rsidR="00195B00" w:rsidRPr="00721DE9" w:rsidRDefault="00195B00" w:rsidP="00195B00">
            <w:pPr>
              <w:spacing w:after="0" w:line="252" w:lineRule="auto"/>
              <w:rPr>
                <w:sz w:val="16"/>
              </w:rPr>
            </w:pPr>
            <w:r w:rsidRPr="00721DE9">
              <w:rPr>
                <w:sz w:val="16"/>
              </w:rPr>
              <w:t>Di cui donne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D03549" w14:textId="5356F1AF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70521E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991EEA" w14:textId="087C1291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A32429">
              <w:rPr>
                <w:i/>
                <w:color w:val="666666"/>
                <w:sz w:val="16"/>
              </w:rPr>
              <w:t>Da compilare</w:t>
            </w:r>
          </w:p>
        </w:tc>
      </w:tr>
      <w:tr w:rsidR="00195B00" w:rsidRPr="003459CD" w14:paraId="58818377" w14:textId="77777777" w:rsidTr="005A7D23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BBC9EF" w14:textId="2EF236B2" w:rsidR="00195B00" w:rsidRPr="00721DE9" w:rsidRDefault="00195B00" w:rsidP="00195B00">
            <w:pPr>
              <w:spacing w:after="0" w:line="252" w:lineRule="auto"/>
              <w:rPr>
                <w:sz w:val="16"/>
              </w:rPr>
            </w:pPr>
            <w:r w:rsidRPr="00721DE9">
              <w:rPr>
                <w:sz w:val="16"/>
              </w:rPr>
              <w:t>Di cui uomini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3EB92E" w14:textId="4982A655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70521E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52EE02" w14:textId="1AE0EC77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A32429">
              <w:rPr>
                <w:i/>
                <w:color w:val="666666"/>
                <w:sz w:val="16"/>
              </w:rPr>
              <w:t>Da compilare</w:t>
            </w:r>
          </w:p>
        </w:tc>
      </w:tr>
      <w:tr w:rsidR="00195B00" w:rsidRPr="003459CD" w14:paraId="4F7EC052" w14:textId="77777777" w:rsidTr="005A7D23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E4AC78" w14:textId="2185C733" w:rsidR="00195B00" w:rsidRPr="00721DE9" w:rsidRDefault="00195B00" w:rsidP="00195B00">
            <w:pPr>
              <w:spacing w:after="0" w:line="252" w:lineRule="auto"/>
              <w:rPr>
                <w:sz w:val="16"/>
              </w:rPr>
            </w:pPr>
            <w:r w:rsidRPr="00721DE9">
              <w:rPr>
                <w:sz w:val="16"/>
              </w:rPr>
              <w:t>Di cui persone non binarie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B94FDD" w14:textId="3433E9F7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70521E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3983B7" w14:textId="41DC5604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A32429">
              <w:rPr>
                <w:i/>
                <w:color w:val="666666"/>
                <w:sz w:val="16"/>
              </w:rPr>
              <w:t>Da compilare</w:t>
            </w:r>
          </w:p>
        </w:tc>
      </w:tr>
      <w:tr w:rsidR="00195B00" w:rsidRPr="003459CD" w14:paraId="111A7479" w14:textId="77777777" w:rsidTr="005A7D23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1BE81C" w14:textId="27E4CE0A" w:rsidR="00195B00" w:rsidRPr="00721DE9" w:rsidRDefault="00195B00" w:rsidP="00195B00">
            <w:pPr>
              <w:spacing w:after="0" w:line="252" w:lineRule="auto"/>
              <w:rPr>
                <w:sz w:val="16"/>
              </w:rPr>
            </w:pPr>
            <w:r w:rsidRPr="00721DE9">
              <w:rPr>
                <w:sz w:val="16"/>
              </w:rPr>
              <w:t>Totale Maggiorenni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A44208" w14:textId="46A36F76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70521E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85E7CD" w14:textId="3CDCA78D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A32429">
              <w:rPr>
                <w:i/>
                <w:color w:val="666666"/>
                <w:sz w:val="16"/>
              </w:rPr>
              <w:t>Da compilare</w:t>
            </w:r>
          </w:p>
        </w:tc>
      </w:tr>
      <w:tr w:rsidR="00195B00" w:rsidRPr="003459CD" w14:paraId="25894070" w14:textId="77777777" w:rsidTr="005A7D23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99DDA2" w14:textId="406E8AA8" w:rsidR="00195B00" w:rsidRPr="00721DE9" w:rsidRDefault="00195B00" w:rsidP="00195B00">
            <w:pPr>
              <w:spacing w:after="0" w:line="252" w:lineRule="auto"/>
              <w:rPr>
                <w:sz w:val="16"/>
              </w:rPr>
            </w:pPr>
            <w:r w:rsidRPr="00721DE9">
              <w:rPr>
                <w:sz w:val="16"/>
              </w:rPr>
              <w:t>Totale Minorenni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D845A7" w14:textId="06F7EDB1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70521E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F4DB2E" w14:textId="7814ACBA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A32429">
              <w:rPr>
                <w:i/>
                <w:color w:val="666666"/>
                <w:sz w:val="16"/>
              </w:rPr>
              <w:t>Da compilare</w:t>
            </w:r>
          </w:p>
        </w:tc>
      </w:tr>
      <w:tr w:rsidR="00195B00" w:rsidRPr="003459CD" w14:paraId="6E902992" w14:textId="77777777" w:rsidTr="005A7D23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C1BFEA" w14:textId="481B1C37" w:rsidR="00195B00" w:rsidRPr="00721DE9" w:rsidRDefault="00195B00" w:rsidP="00195B00">
            <w:pPr>
              <w:spacing w:after="0" w:line="252" w:lineRule="auto"/>
              <w:rPr>
                <w:sz w:val="16"/>
              </w:rPr>
            </w:pPr>
            <w:r w:rsidRPr="00721DE9">
              <w:rPr>
                <w:sz w:val="16"/>
              </w:rPr>
              <w:t>Titolo di Studio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EC7975" w14:textId="70666163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70521E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FC4FD9" w14:textId="4C3359F9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A32429">
              <w:rPr>
                <w:i/>
                <w:color w:val="666666"/>
                <w:sz w:val="16"/>
              </w:rPr>
              <w:t>Da compilare</w:t>
            </w:r>
          </w:p>
        </w:tc>
      </w:tr>
      <w:tr w:rsidR="00195B00" w:rsidRPr="003459CD" w14:paraId="3F9DE2D0" w14:textId="77777777" w:rsidTr="005A7D23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C43B08" w14:textId="1334867D" w:rsidR="00195B00" w:rsidRPr="00721DE9" w:rsidRDefault="00195B00" w:rsidP="00195B00">
            <w:pPr>
              <w:spacing w:after="0" w:line="252" w:lineRule="auto"/>
              <w:rPr>
                <w:sz w:val="16"/>
              </w:rPr>
            </w:pPr>
            <w:r w:rsidRPr="00721DE9">
              <w:rPr>
                <w:sz w:val="16"/>
              </w:rPr>
              <w:t>Stato Occupazionale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19906C" w14:textId="22B2F4C0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70521E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C67C5E" w14:textId="690F8FC7" w:rsidR="00195B00" w:rsidRPr="003459CD" w:rsidRDefault="00195B00" w:rsidP="00195B00">
            <w:pPr>
              <w:spacing w:after="0" w:line="252" w:lineRule="auto"/>
              <w:rPr>
                <w:i/>
                <w:color w:val="666666"/>
                <w:sz w:val="16"/>
              </w:rPr>
            </w:pPr>
            <w:r w:rsidRPr="00A32429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568BF742" w14:textId="77777777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B5C853" w14:textId="569229AF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 xml:space="preserve">Numero Progetti di Vita </w:t>
            </w:r>
            <w:r w:rsidR="0093583E">
              <w:rPr>
                <w:sz w:val="16"/>
              </w:rPr>
              <w:t>previsti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D315A9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F2B164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5E0E5419" w14:textId="77777777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951EE3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Numero nuclei familiari coinvolti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CED337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89BC6C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4BF7786A" w14:textId="77777777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BD2D41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Principali risultati attesi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DFF38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B4AA56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721DE9" w:rsidRPr="003459CD" w14:paraId="0D9304C4" w14:textId="77777777">
        <w:trPr>
          <w:jc w:val="center"/>
        </w:trPr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13BAB2" w14:textId="77777777" w:rsidR="00721DE9" w:rsidRPr="003459CD" w:rsidRDefault="00721DE9" w:rsidP="00721DE9">
            <w:pPr>
              <w:spacing w:after="0" w:line="252" w:lineRule="auto"/>
              <w:rPr>
                <w:sz w:val="16"/>
              </w:rPr>
            </w:pP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EE2D55" w14:textId="77777777" w:rsidR="00721DE9" w:rsidRPr="003459CD" w:rsidRDefault="00721DE9">
            <w:pPr>
              <w:spacing w:after="0" w:line="252" w:lineRule="auto"/>
              <w:rPr>
                <w:i/>
                <w:color w:val="666666"/>
                <w:sz w:val="16"/>
              </w:rPr>
            </w:pPr>
          </w:p>
        </w:tc>
        <w:tc>
          <w:tcPr>
            <w:tcW w:w="34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4DFA96" w14:textId="77777777" w:rsidR="00721DE9" w:rsidRPr="003459CD" w:rsidRDefault="00721DE9">
            <w:pPr>
              <w:spacing w:after="0" w:line="252" w:lineRule="auto"/>
              <w:rPr>
                <w:i/>
                <w:color w:val="666666"/>
                <w:sz w:val="16"/>
              </w:rPr>
            </w:pPr>
          </w:p>
        </w:tc>
      </w:tr>
    </w:tbl>
    <w:p w14:paraId="75259A7C" w14:textId="77777777" w:rsidR="00293422" w:rsidRPr="003459CD" w:rsidRDefault="00293422">
      <w:pPr>
        <w:sectPr w:rsidR="00293422" w:rsidRPr="003459CD">
          <w:headerReference w:type="default" r:id="rId8"/>
          <w:footerReference w:type="default" r:id="rId9"/>
          <w:pgSz w:w="12240" w:h="15840"/>
          <w:pgMar w:top="1020" w:right="1020" w:bottom="1020" w:left="1020" w:header="720" w:footer="720" w:gutter="0"/>
          <w:cols w:space="720"/>
          <w:docGrid w:linePitch="360"/>
        </w:sectPr>
      </w:pPr>
    </w:p>
    <w:p w14:paraId="3EA47857" w14:textId="26204DF0" w:rsidR="00293422" w:rsidRPr="003459CD" w:rsidRDefault="00451D69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lastRenderedPageBreak/>
        <w:t>8</w:t>
      </w:r>
      <w:r w:rsidR="004F1002" w:rsidRPr="003459CD">
        <w:rPr>
          <w:b/>
          <w:color w:val="1D4B77"/>
          <w:sz w:val="20"/>
        </w:rPr>
        <w:t>. CRONOPROGRAMMA DELLE ATTIVITÀ</w:t>
      </w:r>
    </w:p>
    <w:p w14:paraId="46A96DA8" w14:textId="77777777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>Indicare l’articolazione temporale delle attività nell’arco dei 24 mesi di durata dell’intervento. Compilare con X i mesi interessati.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1302"/>
        <w:gridCol w:w="501"/>
        <w:gridCol w:w="501"/>
        <w:gridCol w:w="500"/>
        <w:gridCol w:w="500"/>
        <w:gridCol w:w="500"/>
        <w:gridCol w:w="500"/>
        <w:gridCol w:w="500"/>
        <w:gridCol w:w="500"/>
        <w:gridCol w:w="500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A646B1" w:rsidRPr="003459CD" w14:paraId="76E2E346" w14:textId="77777777" w:rsidTr="00A646B1">
        <w:trPr>
          <w:jc w:val="center"/>
        </w:trPr>
        <w:tc>
          <w:tcPr>
            <w:tcW w:w="1302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E0ADE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5"/>
              </w:rPr>
              <w:t>Attività</w:t>
            </w:r>
          </w:p>
        </w:tc>
        <w:tc>
          <w:tcPr>
            <w:tcW w:w="50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0A0F9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</w:t>
            </w:r>
          </w:p>
        </w:tc>
        <w:tc>
          <w:tcPr>
            <w:tcW w:w="501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0508C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2</w:t>
            </w:r>
          </w:p>
        </w:tc>
        <w:tc>
          <w:tcPr>
            <w:tcW w:w="5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2D5FA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3</w:t>
            </w:r>
          </w:p>
        </w:tc>
        <w:tc>
          <w:tcPr>
            <w:tcW w:w="5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BB627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4</w:t>
            </w:r>
          </w:p>
        </w:tc>
        <w:tc>
          <w:tcPr>
            <w:tcW w:w="5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BD05C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5</w:t>
            </w:r>
          </w:p>
        </w:tc>
        <w:tc>
          <w:tcPr>
            <w:tcW w:w="5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93BD5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6</w:t>
            </w:r>
          </w:p>
        </w:tc>
        <w:tc>
          <w:tcPr>
            <w:tcW w:w="5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D3C43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7</w:t>
            </w:r>
          </w:p>
        </w:tc>
        <w:tc>
          <w:tcPr>
            <w:tcW w:w="5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1A62D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8</w:t>
            </w:r>
          </w:p>
        </w:tc>
        <w:tc>
          <w:tcPr>
            <w:tcW w:w="500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4FBB0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9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C720C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10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40A03F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11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506EB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12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B38C6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13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1D971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14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B3BF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15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8DD1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16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C7353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17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525C9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18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B7219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19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9066AF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20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C036B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21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FF0C8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22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9063F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23</w:t>
            </w:r>
          </w:p>
        </w:tc>
        <w:tc>
          <w:tcPr>
            <w:tcW w:w="507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58F60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4"/>
              </w:rPr>
              <w:t>24</w:t>
            </w:r>
          </w:p>
        </w:tc>
      </w:tr>
      <w:tr w:rsidR="00A646B1" w:rsidRPr="003459CD" w14:paraId="0331EBE7" w14:textId="77777777" w:rsidTr="00A646B1">
        <w:trPr>
          <w:jc w:val="center"/>
        </w:trPr>
        <w:tc>
          <w:tcPr>
            <w:tcW w:w="13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35DCE0" w14:textId="77777777" w:rsidR="00A646B1" w:rsidRPr="003459CD" w:rsidRDefault="00A646B1">
            <w:pPr>
              <w:spacing w:after="0" w:line="252" w:lineRule="auto"/>
            </w:pPr>
            <w:r w:rsidRPr="003459CD">
              <w:rPr>
                <w:sz w:val="14"/>
              </w:rPr>
              <w:t>Avvio e organizzazione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7FDA8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EFF62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C28F6F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054C5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4DCC1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9A7FB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21892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96C36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D32F6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CDFB8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37289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1DB5D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D6234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13D4F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DD41A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2D43B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8ABFD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EE22D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BAC75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7DB0B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F1361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B519D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AD7F9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04760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</w:tr>
      <w:tr w:rsidR="00A646B1" w:rsidRPr="003459CD" w14:paraId="0F28EAB9" w14:textId="77777777" w:rsidTr="00A646B1">
        <w:trPr>
          <w:jc w:val="center"/>
        </w:trPr>
        <w:tc>
          <w:tcPr>
            <w:tcW w:w="13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33B737" w14:textId="77777777" w:rsidR="00A646B1" w:rsidRPr="003459CD" w:rsidRDefault="00A646B1">
            <w:pPr>
              <w:spacing w:after="0" w:line="252" w:lineRule="auto"/>
            </w:pPr>
            <w:r w:rsidRPr="003459CD">
              <w:rPr>
                <w:sz w:val="14"/>
              </w:rPr>
              <w:t>Individuazione destinatari e presa in carico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07583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D0905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3D7F2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44653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ECE67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5184F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670AF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1C7CA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E6BAC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975EC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1B918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AB638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1515D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F2D78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443A4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7B970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D78A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E97BD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4118FC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685DA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DCBA6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E82E9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4FB4E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DC43FC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</w:tr>
      <w:tr w:rsidR="00A646B1" w:rsidRPr="003459CD" w14:paraId="58932393" w14:textId="77777777" w:rsidTr="00A646B1">
        <w:trPr>
          <w:jc w:val="center"/>
        </w:trPr>
        <w:tc>
          <w:tcPr>
            <w:tcW w:w="13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C17C52" w14:textId="77777777" w:rsidR="00A646B1" w:rsidRPr="003459CD" w:rsidRDefault="00A646B1">
            <w:pPr>
              <w:spacing w:after="0" w:line="252" w:lineRule="auto"/>
            </w:pPr>
            <w:r w:rsidRPr="003459CD">
              <w:rPr>
                <w:sz w:val="14"/>
              </w:rPr>
              <w:t>Valutazione multidimensionale e Progetti di Vita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0BEF6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EB21EC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8131B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5D81F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50A37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9B32C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F767D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57666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FFE88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87CFC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3B6F4C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29743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5BAE3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37046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B041B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D553E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00CA1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54BF6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3F820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6AFA9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1C3C5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44768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84027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5F7EE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</w:tr>
      <w:tr w:rsidR="00A646B1" w:rsidRPr="003459CD" w14:paraId="29C3753F" w14:textId="77777777" w:rsidTr="00A646B1">
        <w:trPr>
          <w:jc w:val="center"/>
        </w:trPr>
        <w:tc>
          <w:tcPr>
            <w:tcW w:w="13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C8B431" w14:textId="77777777" w:rsidR="00A646B1" w:rsidRPr="003459CD" w:rsidRDefault="00A646B1">
            <w:pPr>
              <w:spacing w:after="0" w:line="252" w:lineRule="auto"/>
            </w:pPr>
            <w:r w:rsidRPr="003459CD">
              <w:rPr>
                <w:sz w:val="14"/>
              </w:rPr>
              <w:t>Attuazione azioni personalizzate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9424C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53809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7917B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8EBE4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26E05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786F8C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C2BD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09E89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C9F6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EC153F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F8022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7689B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8E60F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2AA6A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47C35C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1E7BD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818B4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C9B22F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C58B2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78BF2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49D61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A62C0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F4114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480A6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</w:tr>
      <w:tr w:rsidR="00A646B1" w:rsidRPr="003459CD" w14:paraId="1116FD2F" w14:textId="77777777" w:rsidTr="00A646B1">
        <w:trPr>
          <w:jc w:val="center"/>
        </w:trPr>
        <w:tc>
          <w:tcPr>
            <w:tcW w:w="13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75C056" w14:textId="77777777" w:rsidR="00A646B1" w:rsidRPr="003459CD" w:rsidRDefault="00A646B1">
            <w:pPr>
              <w:spacing w:after="0" w:line="252" w:lineRule="auto"/>
            </w:pPr>
            <w:r w:rsidRPr="003459CD">
              <w:rPr>
                <w:sz w:val="14"/>
              </w:rPr>
              <w:t>Monitoraggio e verifiche intermedie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0F488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A1E76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37977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BA6E8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2DD5C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70073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D2B35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36AD9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AED21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BEEB2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507B2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92742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7E8084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150FF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12193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5D824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5BEC4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85589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A51E3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84A05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06D45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0DA93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2143A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2D18A3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</w:tr>
      <w:tr w:rsidR="00A646B1" w:rsidRPr="003459CD" w14:paraId="355245A1" w14:textId="77777777" w:rsidTr="00A646B1">
        <w:trPr>
          <w:jc w:val="center"/>
        </w:trPr>
        <w:tc>
          <w:tcPr>
            <w:tcW w:w="13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FBB0FE" w14:textId="77777777" w:rsidR="00A646B1" w:rsidRPr="003459CD" w:rsidRDefault="00A646B1">
            <w:pPr>
              <w:spacing w:after="0" w:line="252" w:lineRule="auto"/>
            </w:pPr>
            <w:r w:rsidRPr="003459CD">
              <w:rPr>
                <w:sz w:val="14"/>
              </w:rPr>
              <w:t>Chiusura, relazione finale e rendicontazione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F951CE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C422E7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BD44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8C8CC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00887A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808B4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6C36A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78806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E3A97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E837B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ADE49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26189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894B9D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26B740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50FDC5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246182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BD842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2BFE6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08D98F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8F184B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A3CAD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A8780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11CF61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  <w:tc>
          <w:tcPr>
            <w:tcW w:w="50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4D9B79" w14:textId="77777777" w:rsidR="00A646B1" w:rsidRPr="003459CD" w:rsidRDefault="00A646B1">
            <w:pPr>
              <w:spacing w:after="0" w:line="252" w:lineRule="auto"/>
              <w:jc w:val="center"/>
            </w:pPr>
            <w:r w:rsidRPr="003459CD">
              <w:rPr>
                <w:sz w:val="14"/>
              </w:rPr>
              <w:t>☐</w:t>
            </w:r>
          </w:p>
        </w:tc>
      </w:tr>
    </w:tbl>
    <w:p w14:paraId="3045EEB5" w14:textId="77777777" w:rsidR="00293422" w:rsidRPr="003459CD" w:rsidRDefault="00293422">
      <w:pPr>
        <w:sectPr w:rsidR="00293422" w:rsidRPr="003459CD">
          <w:pgSz w:w="15840" w:h="12240" w:orient="landscape"/>
          <w:pgMar w:top="794" w:right="794" w:bottom="794" w:left="794" w:header="720" w:footer="720" w:gutter="0"/>
          <w:cols w:space="720"/>
          <w:docGrid w:linePitch="360"/>
        </w:sectPr>
      </w:pPr>
    </w:p>
    <w:p w14:paraId="05E35898" w14:textId="00FD1038" w:rsidR="00293422" w:rsidRPr="003459CD" w:rsidRDefault="00A42DD4">
      <w:pPr>
        <w:pBdr>
          <w:bottom w:val="single" w:sz="6" w:space="1" w:color="8EA9C1"/>
        </w:pBdr>
        <w:spacing w:before="240" w:after="100"/>
        <w:jc w:val="center"/>
      </w:pPr>
      <w:r>
        <w:rPr>
          <w:b/>
          <w:color w:val="1D4B77"/>
          <w:sz w:val="20"/>
        </w:rPr>
        <w:lastRenderedPageBreak/>
        <w:t>9</w:t>
      </w:r>
      <w:r w:rsidR="004F1002" w:rsidRPr="003459CD">
        <w:rPr>
          <w:b/>
          <w:color w:val="1D4B77"/>
          <w:sz w:val="20"/>
        </w:rPr>
        <w:t xml:space="preserve">. </w:t>
      </w:r>
      <w:r w:rsidR="0093789A">
        <w:rPr>
          <w:b/>
          <w:color w:val="1D4B77"/>
          <w:sz w:val="20"/>
        </w:rPr>
        <w:t>PREVISIONE DI SPESA</w:t>
      </w:r>
    </w:p>
    <w:p w14:paraId="7DCA7397" w14:textId="7857C6CA" w:rsidR="00293422" w:rsidRPr="003459CD" w:rsidRDefault="004F1002">
      <w:pPr>
        <w:spacing w:after="80"/>
      </w:pPr>
      <w:r w:rsidRPr="003459CD">
        <w:rPr>
          <w:i/>
          <w:color w:val="505050"/>
          <w:sz w:val="17"/>
        </w:rPr>
        <w:t xml:space="preserve">Il dettaglio analitico dei costi deve essere riportato </w:t>
      </w:r>
      <w:r w:rsidR="009E66FE">
        <w:rPr>
          <w:i/>
          <w:color w:val="505050"/>
          <w:sz w:val="17"/>
        </w:rPr>
        <w:t>nel</w:t>
      </w:r>
      <w:r w:rsidRPr="003459CD">
        <w:rPr>
          <w:i/>
          <w:color w:val="505050"/>
          <w:sz w:val="17"/>
        </w:rPr>
        <w:t xml:space="preserve"> Quadro economico di progetto. La presente sezione ha solo funzione di raccordo sintetico.</w:t>
      </w: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293422" w:rsidRPr="003459CD" w14:paraId="52187C3A" w14:textId="77777777">
        <w:trPr>
          <w:jc w:val="center"/>
        </w:trPr>
        <w:tc>
          <w:tcPr>
            <w:tcW w:w="3289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C166C8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Macrovoce</w:t>
            </w:r>
          </w:p>
        </w:tc>
        <w:tc>
          <w:tcPr>
            <w:tcW w:w="3289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90FB78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Importo previsto</w:t>
            </w:r>
          </w:p>
        </w:tc>
        <w:tc>
          <w:tcPr>
            <w:tcW w:w="3289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0C0B3F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6"/>
              </w:rPr>
              <w:t>Note di coerenza con le attività</w:t>
            </w:r>
          </w:p>
        </w:tc>
      </w:tr>
      <w:tr w:rsidR="00293422" w:rsidRPr="003459CD" w14:paraId="66D5AC74" w14:textId="77777777">
        <w:trPr>
          <w:jc w:val="center"/>
        </w:trPr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629F28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Azioni dirette rivolte ai destinatari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806C17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BF8ECB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24D4C310" w14:textId="77777777">
        <w:trPr>
          <w:jc w:val="center"/>
        </w:trPr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45CC83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Gestione, coordinamento, monitoraggio e rendicontazione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C3866C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08A5FD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30B5CEED" w14:textId="77777777">
        <w:trPr>
          <w:jc w:val="center"/>
        </w:trPr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4C02B9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Altre spese ammissibili previste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1138BE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BA9A15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  <w:tr w:rsidR="00293422" w:rsidRPr="003459CD" w14:paraId="5461E48F" w14:textId="77777777">
        <w:trPr>
          <w:jc w:val="center"/>
        </w:trPr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D035E2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sz w:val="16"/>
              </w:rPr>
              <w:t>Totale progetto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B00C7F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  <w:tc>
          <w:tcPr>
            <w:tcW w:w="328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DC4578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6"/>
              </w:rPr>
              <w:t>Da compilare</w:t>
            </w:r>
          </w:p>
        </w:tc>
      </w:tr>
    </w:tbl>
    <w:p w14:paraId="4A8A253B" w14:textId="7B5DECE3" w:rsidR="00293422" w:rsidRPr="003459CD" w:rsidRDefault="004F1002">
      <w:pPr>
        <w:pBdr>
          <w:bottom w:val="single" w:sz="6" w:space="1" w:color="8EA9C1"/>
        </w:pBdr>
        <w:spacing w:before="240" w:after="100"/>
        <w:jc w:val="center"/>
      </w:pPr>
      <w:r w:rsidRPr="003459CD">
        <w:rPr>
          <w:b/>
          <w:color w:val="1D4B77"/>
          <w:sz w:val="20"/>
        </w:rPr>
        <w:t>1</w:t>
      </w:r>
      <w:r w:rsidR="00A42DD4">
        <w:rPr>
          <w:b/>
          <w:color w:val="1D4B77"/>
          <w:sz w:val="20"/>
        </w:rPr>
        <w:t>0</w:t>
      </w:r>
      <w:r w:rsidRPr="003459CD">
        <w:rPr>
          <w:b/>
          <w:color w:val="1D4B77"/>
          <w:sz w:val="20"/>
        </w:rPr>
        <w:t>. RICHIESTA, DICHIARAZIONI E SOTTOSCRIZIONE</w:t>
      </w:r>
    </w:p>
    <w:p w14:paraId="30C315C3" w14:textId="77777777" w:rsidR="00293422" w:rsidRPr="003459CD" w:rsidRDefault="004F1002">
      <w:pPr>
        <w:jc w:val="center"/>
      </w:pPr>
      <w:r w:rsidRPr="003459CD">
        <w:rPr>
          <w:b/>
          <w:color w:val="1D4B77"/>
          <w:sz w:val="20"/>
        </w:rPr>
        <w:t>CHIEDE</w:t>
      </w:r>
    </w:p>
    <w:p w14:paraId="47269EB3" w14:textId="3576F6CC" w:rsidR="00293422" w:rsidRPr="003459CD" w:rsidRDefault="004F1002">
      <w:pPr>
        <w:jc w:val="both"/>
      </w:pPr>
      <w:r w:rsidRPr="003459CD">
        <w:rPr>
          <w:sz w:val="18"/>
        </w:rPr>
        <w:t>l’ammissione a finanziamento del progetto territoriale presentato nell’ambito dell’Avviso pubblico per la realizzazione di percorsi personalizzati di inclusione e autonomia per le persone con disabilità, secondo quanto indicato nel presente formulario</w:t>
      </w:r>
      <w:r w:rsidR="00733B62">
        <w:rPr>
          <w:sz w:val="18"/>
        </w:rPr>
        <w:t xml:space="preserve"> </w:t>
      </w:r>
      <w:r w:rsidRPr="003459CD">
        <w:rPr>
          <w:sz w:val="18"/>
        </w:rPr>
        <w:t>e negli ulteriori allegati trasmessi.</w:t>
      </w:r>
    </w:p>
    <w:p w14:paraId="2FA31018" w14:textId="77777777" w:rsidR="00293422" w:rsidRPr="003459CD" w:rsidRDefault="004F1002">
      <w:r w:rsidRPr="003459CD">
        <w:rPr>
          <w:sz w:val="18"/>
        </w:rPr>
        <w:t>Il/La sottoscritto/a dichiara, ai sensi degli articoli 46 e 47 del D.P.R. n. 445/2000 e con consapevolezza delle responsabilità previste dagli articoli 75 e 76 del medesimo decreto:</w:t>
      </w:r>
    </w:p>
    <w:p w14:paraId="1DAD451C" w14:textId="77777777" w:rsidR="00293422" w:rsidRPr="003459CD" w:rsidRDefault="004F1002">
      <w:pPr>
        <w:spacing w:after="20"/>
        <w:ind w:left="283"/>
      </w:pPr>
      <w:r w:rsidRPr="003459CD">
        <w:rPr>
          <w:sz w:val="18"/>
        </w:rPr>
        <w:t>☐ di aver preso visione dell’Avviso pubblico e di accettarne integralmente contenuti, prescrizioni e obblighi;</w:t>
      </w:r>
    </w:p>
    <w:p w14:paraId="1B40F53A" w14:textId="77777777" w:rsidR="00293422" w:rsidRPr="003459CD" w:rsidRDefault="004F1002">
      <w:pPr>
        <w:spacing w:after="20"/>
        <w:ind w:left="283"/>
      </w:pPr>
      <w:r w:rsidRPr="003459CD">
        <w:rPr>
          <w:sz w:val="18"/>
        </w:rPr>
        <w:t>☐ che le informazioni riportate nel presente formulario sono veritiere, coerenti con gli atti dell’Ambito Territoriale e riscontrabili presso i servizi competenti;</w:t>
      </w:r>
    </w:p>
    <w:p w14:paraId="260C7270" w14:textId="77777777" w:rsidR="00293422" w:rsidRPr="003459CD" w:rsidRDefault="004F1002">
      <w:pPr>
        <w:spacing w:after="20"/>
        <w:ind w:left="283"/>
      </w:pPr>
      <w:r w:rsidRPr="003459CD">
        <w:rPr>
          <w:sz w:val="18"/>
        </w:rPr>
        <w:t>☐ che il numero dei destinatari indicati e il numero dei Progetti di Vita programmati sono coerenti con il fabbisogno territoriale rilevato;</w:t>
      </w:r>
    </w:p>
    <w:p w14:paraId="468EE749" w14:textId="77777777" w:rsidR="00293422" w:rsidRPr="003459CD" w:rsidRDefault="004F1002">
      <w:pPr>
        <w:spacing w:after="20"/>
        <w:ind w:left="283"/>
      </w:pPr>
      <w:r w:rsidRPr="003459CD">
        <w:rPr>
          <w:sz w:val="18"/>
        </w:rPr>
        <w:t>☐ che le attività previste non costituiscono duplicazione di prestazioni ordinarie già finanziate da altre fonti pubbliche;</w:t>
      </w:r>
    </w:p>
    <w:p w14:paraId="734BC8FD" w14:textId="77777777" w:rsidR="00293422" w:rsidRPr="003459CD" w:rsidRDefault="004F1002">
      <w:pPr>
        <w:spacing w:after="20"/>
        <w:ind w:left="283"/>
      </w:pPr>
      <w:r w:rsidRPr="003459CD">
        <w:rPr>
          <w:sz w:val="18"/>
        </w:rPr>
        <w:t>☐ di impegnarsi al rispetto degli obblighi di monitoraggio, rendicontazione, informazione, pubblicità, tracciabilità e conservazione documentale previsti dall’Avviso e dalla normativa applicabile;</w:t>
      </w:r>
    </w:p>
    <w:p w14:paraId="3D6A7A36" w14:textId="77777777" w:rsidR="00293422" w:rsidRDefault="004F1002">
      <w:pPr>
        <w:spacing w:after="20"/>
        <w:ind w:left="283"/>
        <w:rPr>
          <w:sz w:val="18"/>
        </w:rPr>
      </w:pPr>
      <w:r w:rsidRPr="003459CD">
        <w:rPr>
          <w:sz w:val="18"/>
        </w:rPr>
        <w:t>☐ di essere informato/a che i dati personali saranno trattati nel rispetto del Regolamento (UE) 2016/679 e della normativa vigente in materia di protezione dei dati personali.</w:t>
      </w:r>
    </w:p>
    <w:p w14:paraId="7E25302D" w14:textId="77777777" w:rsidR="00EA5ACC" w:rsidRDefault="00EA5ACC">
      <w:pPr>
        <w:spacing w:after="20"/>
        <w:ind w:left="283"/>
        <w:rPr>
          <w:sz w:val="18"/>
        </w:rPr>
      </w:pPr>
    </w:p>
    <w:p w14:paraId="2F330840" w14:textId="77777777" w:rsidR="00EA5ACC" w:rsidRDefault="00EA5ACC">
      <w:pPr>
        <w:spacing w:after="20"/>
        <w:ind w:left="283"/>
        <w:rPr>
          <w:sz w:val="18"/>
        </w:rPr>
      </w:pPr>
    </w:p>
    <w:p w14:paraId="77D1BD3C" w14:textId="77777777" w:rsidR="00EA5ACC" w:rsidRDefault="00EA5ACC">
      <w:pPr>
        <w:spacing w:after="20"/>
        <w:ind w:left="283"/>
        <w:rPr>
          <w:sz w:val="18"/>
        </w:rPr>
      </w:pPr>
    </w:p>
    <w:p w14:paraId="2556385A" w14:textId="77777777" w:rsidR="00EA5ACC" w:rsidRPr="003459CD" w:rsidRDefault="00EA5ACC">
      <w:pPr>
        <w:spacing w:after="20"/>
        <w:ind w:left="283"/>
      </w:pPr>
    </w:p>
    <w:tbl>
      <w:tblPr>
        <w:tblW w:w="0" w:type="auto"/>
        <w:jc w:val="center"/>
        <w:tblBorders>
          <w:top w:val="single" w:sz="4" w:space="0" w:color="8EA9C1"/>
          <w:left w:val="single" w:sz="4" w:space="0" w:color="8EA9C1"/>
          <w:bottom w:val="single" w:sz="4" w:space="0" w:color="8EA9C1"/>
          <w:right w:val="single" w:sz="4" w:space="0" w:color="8EA9C1"/>
          <w:insideH w:val="single" w:sz="4" w:space="0" w:color="8EA9C1"/>
          <w:insideV w:val="single" w:sz="4" w:space="0" w:color="8EA9C1"/>
        </w:tblBorders>
        <w:tblLook w:val="04A0" w:firstRow="1" w:lastRow="0" w:firstColumn="1" w:lastColumn="0" w:noHBand="0" w:noVBand="1"/>
      </w:tblPr>
      <w:tblGrid>
        <w:gridCol w:w="4933"/>
        <w:gridCol w:w="4933"/>
      </w:tblGrid>
      <w:tr w:rsidR="00293422" w:rsidRPr="003459CD" w14:paraId="7937CD7B" w14:textId="77777777">
        <w:trPr>
          <w:jc w:val="center"/>
        </w:trPr>
        <w:tc>
          <w:tcPr>
            <w:tcW w:w="4933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DF3D76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7"/>
              </w:rPr>
              <w:t>Luogo e data</w:t>
            </w:r>
          </w:p>
        </w:tc>
        <w:tc>
          <w:tcPr>
            <w:tcW w:w="4933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45BB85" w14:textId="77777777" w:rsidR="00293422" w:rsidRPr="003459CD" w:rsidRDefault="004F1002">
            <w:pPr>
              <w:spacing w:after="0" w:line="252" w:lineRule="auto"/>
              <w:jc w:val="center"/>
            </w:pPr>
            <w:r w:rsidRPr="003459CD">
              <w:rPr>
                <w:b/>
                <w:color w:val="1D4B77"/>
                <w:sz w:val="17"/>
              </w:rPr>
              <w:t>Firma digitale del legale rappresentante</w:t>
            </w:r>
          </w:p>
        </w:tc>
      </w:tr>
      <w:tr w:rsidR="00293422" w:rsidRPr="003459CD" w14:paraId="68286BE1" w14:textId="77777777">
        <w:trPr>
          <w:jc w:val="center"/>
        </w:trPr>
        <w:tc>
          <w:tcPr>
            <w:tcW w:w="49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D2E4A9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  <w:tc>
          <w:tcPr>
            <w:tcW w:w="49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9B26B2" w14:textId="77777777" w:rsidR="00293422" w:rsidRPr="003459CD" w:rsidRDefault="004F1002">
            <w:pPr>
              <w:spacing w:after="0" w:line="252" w:lineRule="auto"/>
            </w:pPr>
            <w:r w:rsidRPr="003459CD">
              <w:rPr>
                <w:i/>
                <w:color w:val="666666"/>
                <w:sz w:val="17"/>
              </w:rPr>
              <w:t>Da compilare</w:t>
            </w:r>
          </w:p>
        </w:tc>
      </w:tr>
    </w:tbl>
    <w:p w14:paraId="0E219759" w14:textId="77777777" w:rsidR="004F1002" w:rsidRDefault="004F1002"/>
    <w:sectPr w:rsidR="004F1002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9A6D" w14:textId="77777777" w:rsidR="00C507AC" w:rsidRPr="003459CD" w:rsidRDefault="00C507AC">
      <w:pPr>
        <w:spacing w:after="0" w:line="240" w:lineRule="auto"/>
      </w:pPr>
      <w:r w:rsidRPr="003459CD">
        <w:separator/>
      </w:r>
    </w:p>
  </w:endnote>
  <w:endnote w:type="continuationSeparator" w:id="0">
    <w:p w14:paraId="57CA89E9" w14:textId="77777777" w:rsidR="00C507AC" w:rsidRPr="003459CD" w:rsidRDefault="00C507AC">
      <w:pPr>
        <w:spacing w:after="0" w:line="240" w:lineRule="auto"/>
      </w:pPr>
      <w:r w:rsidRPr="003459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0A44" w14:textId="68803C5A" w:rsidR="00293422" w:rsidRPr="003459CD" w:rsidRDefault="00124ECE">
    <w:pPr>
      <w:pStyle w:val="Pidipagina"/>
      <w:jc w:val="center"/>
      <w:rPr>
        <w:color w:val="646464"/>
        <w:sz w:val="15"/>
      </w:rPr>
    </w:pPr>
    <w:r w:rsidRPr="003459CD">
      <w:rPr>
        <w:color w:val="646464"/>
        <w:sz w:val="15"/>
      </w:rPr>
      <w:t xml:space="preserve">Allegato 1 </w:t>
    </w:r>
    <w:r w:rsidR="004F1002" w:rsidRPr="003459CD">
      <w:rPr>
        <w:color w:val="646464"/>
        <w:sz w:val="15"/>
      </w:rPr>
      <w:t>Formulario - Avviso "Percorsi personalizzati di inclusione e autonomia per le persone con disabilità"</w:t>
    </w:r>
    <w:r w:rsidRPr="003459CD">
      <w:rPr>
        <w:color w:val="646464"/>
        <w:sz w:val="15"/>
      </w:rPr>
      <w:t xml:space="preserve"> </w:t>
    </w:r>
  </w:p>
  <w:p w14:paraId="5CA20EB6" w14:textId="77777777" w:rsidR="00124ECE" w:rsidRPr="003459CD" w:rsidRDefault="00124ECE" w:rsidP="00124E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9B7D" w14:textId="77777777" w:rsidR="00C507AC" w:rsidRPr="003459CD" w:rsidRDefault="00C507AC">
      <w:pPr>
        <w:spacing w:after="0" w:line="240" w:lineRule="auto"/>
      </w:pPr>
      <w:r w:rsidRPr="003459CD">
        <w:separator/>
      </w:r>
    </w:p>
  </w:footnote>
  <w:footnote w:type="continuationSeparator" w:id="0">
    <w:p w14:paraId="4EE66757" w14:textId="77777777" w:rsidR="00C507AC" w:rsidRPr="003459CD" w:rsidRDefault="00C507AC">
      <w:pPr>
        <w:spacing w:after="0" w:line="240" w:lineRule="auto"/>
      </w:pPr>
      <w:r w:rsidRPr="003459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3811" w14:textId="08088E94" w:rsidR="005269EA" w:rsidRPr="003459CD" w:rsidRDefault="005269EA" w:rsidP="005269EA">
    <w:pPr>
      <w:pStyle w:val="Intestazione"/>
      <w:jc w:val="center"/>
      <w:rPr>
        <w:color w:val="1D4B77"/>
        <w:sz w:val="16"/>
      </w:rPr>
    </w:pPr>
    <w:r w:rsidRPr="003459CD">
      <w:rPr>
        <w:noProof/>
        <w:color w:val="000000"/>
      </w:rPr>
      <w:drawing>
        <wp:inline distT="0" distB="0" distL="0" distR="0" wp14:anchorId="4B527CDC" wp14:editId="368CED7F">
          <wp:extent cx="5501640" cy="1104900"/>
          <wp:effectExtent l="0" t="0" r="0" b="0"/>
          <wp:docPr id="2" name="image1.jpg" descr="A picture containing text, logo, symbol, graphic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text, logo, symbol, graphics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0164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D0C0CAD" w14:textId="66C4E9D5" w:rsidR="00293422" w:rsidRPr="003459CD" w:rsidRDefault="004F1002">
    <w:pPr>
      <w:pStyle w:val="Intestazione"/>
      <w:jc w:val="center"/>
      <w:rPr>
        <w:color w:val="1D4B77"/>
        <w:sz w:val="16"/>
      </w:rPr>
    </w:pPr>
    <w:r w:rsidRPr="003459CD">
      <w:rPr>
        <w:color w:val="1D4B77"/>
        <w:sz w:val="16"/>
      </w:rPr>
      <w:t>Regione Campania - PR Campania FSE+ 2021-2027 | Allegato 1 - Formulario di progetto territoriale</w:t>
    </w:r>
    <w:r w:rsidR="00124ECE" w:rsidRPr="003459CD">
      <w:rPr>
        <w:color w:val="1D4B77"/>
        <w:sz w:val="16"/>
      </w:rPr>
      <w:t xml:space="preserve"> </w:t>
    </w:r>
    <w:r w:rsidRPr="003459CD">
      <w:rPr>
        <w:color w:val="1D4B77"/>
        <w:sz w:val="16"/>
      </w:rPr>
      <w:t xml:space="preserve">Regione Campania </w:t>
    </w:r>
  </w:p>
  <w:p w14:paraId="72DEAD3A" w14:textId="77777777" w:rsidR="005269EA" w:rsidRPr="003459CD" w:rsidRDefault="005269E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6017335">
    <w:abstractNumId w:val="8"/>
  </w:num>
  <w:num w:numId="2" w16cid:durableId="1321347507">
    <w:abstractNumId w:val="6"/>
  </w:num>
  <w:num w:numId="3" w16cid:durableId="1844472891">
    <w:abstractNumId w:val="5"/>
  </w:num>
  <w:num w:numId="4" w16cid:durableId="686252633">
    <w:abstractNumId w:val="4"/>
  </w:num>
  <w:num w:numId="5" w16cid:durableId="196433264">
    <w:abstractNumId w:val="7"/>
  </w:num>
  <w:num w:numId="6" w16cid:durableId="1649432894">
    <w:abstractNumId w:val="3"/>
  </w:num>
  <w:num w:numId="7" w16cid:durableId="183907743">
    <w:abstractNumId w:val="2"/>
  </w:num>
  <w:num w:numId="8" w16cid:durableId="2057460271">
    <w:abstractNumId w:val="1"/>
  </w:num>
  <w:num w:numId="9" w16cid:durableId="59875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477"/>
    <w:rsid w:val="00056927"/>
    <w:rsid w:val="0006063C"/>
    <w:rsid w:val="000A6503"/>
    <w:rsid w:val="000B1B53"/>
    <w:rsid w:val="000D3E28"/>
    <w:rsid w:val="000F2AAD"/>
    <w:rsid w:val="000F3AA5"/>
    <w:rsid w:val="00106A4A"/>
    <w:rsid w:val="00106E08"/>
    <w:rsid w:val="00124ECE"/>
    <w:rsid w:val="00136632"/>
    <w:rsid w:val="0015074B"/>
    <w:rsid w:val="001545E0"/>
    <w:rsid w:val="00195B00"/>
    <w:rsid w:val="00226CCF"/>
    <w:rsid w:val="0027224A"/>
    <w:rsid w:val="00293422"/>
    <w:rsid w:val="0029639D"/>
    <w:rsid w:val="002E0B66"/>
    <w:rsid w:val="002F57F7"/>
    <w:rsid w:val="00326EC6"/>
    <w:rsid w:val="00326F90"/>
    <w:rsid w:val="003459CD"/>
    <w:rsid w:val="00352B11"/>
    <w:rsid w:val="003705CA"/>
    <w:rsid w:val="003C3777"/>
    <w:rsid w:val="00425735"/>
    <w:rsid w:val="00451D69"/>
    <w:rsid w:val="00464952"/>
    <w:rsid w:val="004654AC"/>
    <w:rsid w:val="00492E19"/>
    <w:rsid w:val="004D5A50"/>
    <w:rsid w:val="004F1002"/>
    <w:rsid w:val="00512122"/>
    <w:rsid w:val="005269EA"/>
    <w:rsid w:val="005A0B9D"/>
    <w:rsid w:val="005E2432"/>
    <w:rsid w:val="00603D6E"/>
    <w:rsid w:val="00611521"/>
    <w:rsid w:val="006D70E3"/>
    <w:rsid w:val="006E25EB"/>
    <w:rsid w:val="00721DE9"/>
    <w:rsid w:val="00733B62"/>
    <w:rsid w:val="00742467"/>
    <w:rsid w:val="00743BDC"/>
    <w:rsid w:val="00743E56"/>
    <w:rsid w:val="007D11EF"/>
    <w:rsid w:val="0084005D"/>
    <w:rsid w:val="00853F3B"/>
    <w:rsid w:val="00855E33"/>
    <w:rsid w:val="00863EE4"/>
    <w:rsid w:val="008E0336"/>
    <w:rsid w:val="0093583E"/>
    <w:rsid w:val="0093789A"/>
    <w:rsid w:val="00994CAE"/>
    <w:rsid w:val="009E66FE"/>
    <w:rsid w:val="00A42DD4"/>
    <w:rsid w:val="00A568D0"/>
    <w:rsid w:val="00A646B1"/>
    <w:rsid w:val="00A90A65"/>
    <w:rsid w:val="00AA1D8D"/>
    <w:rsid w:val="00AA4962"/>
    <w:rsid w:val="00AF2FF5"/>
    <w:rsid w:val="00B404EA"/>
    <w:rsid w:val="00B41B80"/>
    <w:rsid w:val="00B47730"/>
    <w:rsid w:val="00BA26C5"/>
    <w:rsid w:val="00BA2EC0"/>
    <w:rsid w:val="00BA470A"/>
    <w:rsid w:val="00BA566F"/>
    <w:rsid w:val="00BE385C"/>
    <w:rsid w:val="00BE5AF4"/>
    <w:rsid w:val="00C02FA6"/>
    <w:rsid w:val="00C507AC"/>
    <w:rsid w:val="00C525C8"/>
    <w:rsid w:val="00CB0664"/>
    <w:rsid w:val="00D37460"/>
    <w:rsid w:val="00D61018"/>
    <w:rsid w:val="00D82307"/>
    <w:rsid w:val="00E111F1"/>
    <w:rsid w:val="00E33669"/>
    <w:rsid w:val="00EA5ACC"/>
    <w:rsid w:val="00F44B0D"/>
    <w:rsid w:val="00FC693F"/>
    <w:rsid w:val="00FC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1FAE06A-EEB5-4DF2-9E25-57B9D140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1299</Words>
  <Characters>7384</Characters>
  <Application>Microsoft Office Word</Application>
  <DocSecurity>0</DocSecurity>
  <Lines>615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Alfano</dc:creator>
  <cp:keywords/>
  <dc:description>generated by python-docx</dc:description>
  <cp:lastModifiedBy>Carmine Alfano</cp:lastModifiedBy>
  <cp:revision>74</cp:revision>
  <dcterms:created xsi:type="dcterms:W3CDTF">2026-07-20T15:40:00Z</dcterms:created>
  <dcterms:modified xsi:type="dcterms:W3CDTF">2026-07-21T10:30:00Z</dcterms:modified>
  <cp:category/>
</cp:coreProperties>
</file>